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_rels/document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Title"/>
        <w:spacing w:lineRule="auto" w:line="240"/>
        <w:jc w:val="center"/>
        <w:rPr>
          <w:rFonts w:ascii="Times New Roman" w:hAnsi="Times New Roman"/>
          <w:color w:val="auto"/>
          <w:sz w:val="20"/>
          <w:szCs w:val="20"/>
        </w:rPr>
      </w:pPr>
      <w:r>
        <w:rPr>
          <w:rFonts w:ascii="Times New Roman" w:hAnsi="Times New Roman"/>
          <w:color w:val="auto"/>
          <w:sz w:val="20"/>
          <w:szCs w:val="20"/>
        </w:rPr>
        <w:t>FICHA DE ESTUDO DE CASO</w:t>
      </w:r>
    </w:p>
    <w:p>
      <w:pPr>
        <w:pStyle w:val="Normal"/>
        <w:spacing w:lineRule="auto" w:line="240"/>
        <w:jc w:val="center"/>
        <w:rPr>
          <w:rFonts w:ascii="Times New Roman" w:hAnsi="Times New Roman"/>
          <w:color w:val="auto"/>
          <w:sz w:val="20"/>
          <w:szCs w:val="20"/>
        </w:rPr>
      </w:pPr>
      <w:r>
        <w:rPr>
          <w:rFonts w:ascii="Times New Roman" w:hAnsi="Times New Roman"/>
          <w:b/>
          <w:color w:val="auto"/>
          <w:sz w:val="20"/>
          <w:szCs w:val="20"/>
        </w:rPr>
        <w:t>Preparação para avaliação oral de Direito Internacional</w:t>
      </w:r>
    </w:p>
    <w:tbl>
      <w:tblPr>
        <w:tblStyle w:val="TableGrid"/>
        <w:tblW w:w="9360" w:type="dxa"/>
        <w:jc w:val="left"/>
        <w:tblInd w:w="42" w:type="dxa"/>
        <w:tblLayout w:type="fixed"/>
        <w:tblCellMar>
          <w:top w:w="130" w:type="dxa"/>
          <w:left w:w="150" w:type="dxa"/>
          <w:bottom w:w="130" w:type="dxa"/>
          <w:right w:w="150" w:type="dxa"/>
        </w:tblCellMar>
        <w:tblLook w:firstRow="1" w:noVBand="1" w:lastRow="0" w:firstColumn="1" w:lastColumn="0" w:noHBand="0" w:val="04a0"/>
      </w:tblPr>
      <w:tblGrid>
        <w:gridCol w:w="9360"/>
      </w:tblGrid>
      <w:tr>
        <w:trPr/>
        <w:tc>
          <w:tcPr>
            <w:tcW w:w="9360" w:type="dxa"/>
            <w:tcBorders/>
            <w:shd w:fill="F4F6F9"/>
          </w:tcPr>
          <w:p>
            <w:pPr>
              <w:pStyle w:val="Normal"/>
              <w:widowControl/>
              <w:spacing w:lineRule="auto" w:line="240" w:before="0" w:after="120"/>
              <w:jc w:val="left"/>
              <w:rPr>
                <w:rFonts w:ascii="Times New Roman" w:hAnsi="Times New Roman" w:eastAsia="ＭＳ 明朝" w:cs=""/>
                <w:color w:val="auto"/>
                <w:kern w:val="0"/>
                <w:sz w:val="20"/>
                <w:szCs w:val="20"/>
                <w:lang w:val="en-US" w:eastAsia="en-US" w:bidi="ar-SA"/>
              </w:rPr>
            </w:pPr>
            <w:r>
              <w:rPr>
                <w:rFonts w:eastAsia="ＭＳ 明朝" w:cs="" w:ascii="Times New Roman" w:hAnsi="Times New Roman"/>
                <w:i/>
                <w:color w:val="auto"/>
                <w:kern w:val="0"/>
                <w:sz w:val="20"/>
                <w:szCs w:val="20"/>
                <w:lang w:val="en-US" w:eastAsia="en-US" w:bidi="ar-SA"/>
              </w:rPr>
              <w:t>Objetivo: compreender o caso em profundidade e relacioná-lo aos conteúdos teóricos da disciplina. Preencha com suas próprias palavras e confirme nomes, datas, normas e decisões em fontes oficiais.</w:t>
            </w:r>
          </w:p>
        </w:tc>
      </w:tr>
    </w:tbl>
    <w:p>
      <w:pPr>
        <w:pStyle w:val="Heading1"/>
        <w:spacing w:lineRule="auto" w:line="240"/>
        <w:rPr>
          <w:rFonts w:ascii="Times New Roman" w:hAnsi="Times New Roman"/>
          <w:color w:val="auto"/>
          <w:sz w:val="20"/>
          <w:szCs w:val="20"/>
        </w:rPr>
      </w:pPr>
      <w:r>
        <w:rPr>
          <w:rFonts w:ascii="Times New Roman" w:hAnsi="Times New Roman"/>
          <w:color w:val="auto"/>
          <w:sz w:val="20"/>
          <w:szCs w:val="20"/>
        </w:rPr>
        <w:t>1. Identificação</w:t>
      </w:r>
    </w:p>
    <w:tbl>
      <w:tblPr>
        <w:tblStyle w:val="TableGrid"/>
        <w:tblW w:w="9360" w:type="dxa"/>
        <w:jc w:val="left"/>
        <w:tblInd w:w="12" w:type="dxa"/>
        <w:tblLayout w:type="fixed"/>
        <w:tblCellMar>
          <w:top w:w="90" w:type="dxa"/>
          <w:left w:w="120" w:type="dxa"/>
          <w:bottom w:w="90" w:type="dxa"/>
          <w:right w:w="120" w:type="dxa"/>
        </w:tblCellMar>
        <w:tblLook w:firstRow="1" w:noVBand="1" w:lastRow="0" w:firstColumn="1" w:lastColumn="0" w:noHBand="0" w:val="04a0"/>
      </w:tblPr>
      <w:tblGrid>
        <w:gridCol w:w="2232"/>
        <w:gridCol w:w="7127"/>
      </w:tblGrid>
      <w:tr>
        <w:trPr/>
        <w:tc>
          <w:tcPr>
            <w:tcW w:w="2232" w:type="dxa"/>
            <w:tcBorders/>
            <w:shd w:fill="E8EEF5"/>
            <w:vAlign w:val="center"/>
          </w:tcPr>
          <w:p>
            <w:pPr>
              <w:pStyle w:val="Normal"/>
              <w:widowControl/>
              <w:spacing w:lineRule="auto" w:line="240" w:before="0" w:after="120"/>
              <w:jc w:val="left"/>
              <w:rPr>
                <w:rFonts w:ascii="Times New Roman" w:hAnsi="Times New Roman" w:eastAsia="ＭＳ 明朝" w:cs=""/>
                <w:color w:val="auto"/>
                <w:kern w:val="0"/>
                <w:sz w:val="20"/>
                <w:szCs w:val="20"/>
                <w:lang w:val="en-US" w:eastAsia="en-US" w:bidi="ar-SA"/>
              </w:rPr>
            </w:pPr>
            <w:r>
              <w:rPr>
                <w:rFonts w:eastAsia="ＭＳ 明朝" w:cs="" w:ascii="Times New Roman" w:hAnsi="Times New Roman"/>
                <w:b/>
                <w:color w:val="auto"/>
                <w:kern w:val="0"/>
                <w:sz w:val="20"/>
                <w:szCs w:val="20"/>
                <w:lang w:val="en-US" w:eastAsia="en-US" w:bidi="ar-SA"/>
              </w:rPr>
              <w:t xml:space="preserve">Estudante </w:t>
            </w:r>
            <w:r>
              <w:rPr>
                <w:rFonts w:eastAsia="ＭＳ 明朝" w:cs="" w:ascii="Times New Roman" w:hAnsi="Times New Roman"/>
                <w:b/>
                <w:color w:val="auto"/>
                <w:kern w:val="0"/>
                <w:sz w:val="20"/>
                <w:szCs w:val="20"/>
                <w:lang w:val="en-US" w:eastAsia="en-US" w:bidi="ar-SA"/>
              </w:rPr>
              <w:t>(s)</w:t>
            </w:r>
          </w:p>
        </w:tc>
        <w:tc>
          <w:tcPr>
            <w:tcW w:w="7127" w:type="dxa"/>
            <w:tcBorders/>
            <w:vAlign w:val="center"/>
          </w:tcPr>
          <w:p>
            <w:pPr>
              <w:pStyle w:val="Normal"/>
              <w:widowControl/>
              <w:spacing w:lineRule="auto" w:line="240" w:before="0" w:after="120"/>
              <w:jc w:val="left"/>
              <w:rPr>
                <w:rFonts w:ascii="Times New Roman" w:hAnsi="Times New Roman" w:eastAsia="ＭＳ 明朝" w:cs=""/>
                <w:color w:val="auto"/>
                <w:kern w:val="0"/>
                <w:sz w:val="20"/>
                <w:szCs w:val="20"/>
                <w:lang w:val="en-US" w:eastAsia="en-US" w:bidi="ar-SA"/>
              </w:rPr>
            </w:pPr>
            <w:r>
              <w:rPr>
                <w:rFonts w:eastAsia="ＭＳ 明朝" w:cs="" w:ascii="Times New Roman" w:hAnsi="Times New Roman"/>
                <w:color w:val="auto"/>
                <w:kern w:val="0"/>
                <w:sz w:val="20"/>
                <w:szCs w:val="20"/>
                <w:lang w:val="en-US" w:eastAsia="en-US" w:bidi="ar-SA"/>
              </w:rPr>
            </w:r>
          </w:p>
        </w:tc>
      </w:tr>
      <w:tr>
        <w:trPr/>
        <w:tc>
          <w:tcPr>
            <w:tcW w:w="2232" w:type="dxa"/>
            <w:tcBorders/>
            <w:shd w:fill="E8EEF5"/>
            <w:vAlign w:val="center"/>
          </w:tcPr>
          <w:p>
            <w:pPr>
              <w:pStyle w:val="Normal"/>
              <w:widowControl/>
              <w:spacing w:lineRule="auto" w:line="240" w:before="0" w:after="120"/>
              <w:jc w:val="left"/>
              <w:rPr>
                <w:rFonts w:ascii="Times New Roman" w:hAnsi="Times New Roman" w:eastAsia="ＭＳ 明朝" w:cs=""/>
                <w:color w:val="auto"/>
                <w:kern w:val="0"/>
                <w:sz w:val="20"/>
                <w:szCs w:val="20"/>
                <w:lang w:val="en-US" w:eastAsia="en-US" w:bidi="ar-SA"/>
              </w:rPr>
            </w:pPr>
            <w:r>
              <w:rPr>
                <w:rFonts w:eastAsia="ＭＳ 明朝" w:cs="" w:ascii="Times New Roman" w:hAnsi="Times New Roman"/>
                <w:b/>
                <w:color w:val="auto"/>
                <w:kern w:val="0"/>
                <w:sz w:val="20"/>
                <w:szCs w:val="20"/>
                <w:lang w:val="en-US" w:eastAsia="en-US" w:bidi="ar-SA"/>
              </w:rPr>
              <w:t>Turma / período</w:t>
            </w:r>
          </w:p>
        </w:tc>
        <w:tc>
          <w:tcPr>
            <w:tcW w:w="7127" w:type="dxa"/>
            <w:tcBorders/>
            <w:vAlign w:val="center"/>
          </w:tcPr>
          <w:p>
            <w:pPr>
              <w:pStyle w:val="Normal"/>
              <w:widowControl/>
              <w:spacing w:lineRule="auto" w:line="240" w:before="0" w:after="120"/>
              <w:jc w:val="left"/>
              <w:rPr>
                <w:rFonts w:ascii="Times New Roman" w:hAnsi="Times New Roman" w:eastAsia="ＭＳ 明朝" w:cs=""/>
                <w:color w:val="auto"/>
                <w:kern w:val="0"/>
                <w:sz w:val="20"/>
                <w:szCs w:val="20"/>
                <w:lang w:val="en-US" w:eastAsia="en-US" w:bidi="ar-SA"/>
              </w:rPr>
            </w:pPr>
            <w:r>
              <w:rPr>
                <w:rFonts w:eastAsia="ＭＳ 明朝" w:cs="" w:ascii="Times New Roman" w:hAnsi="Times New Roman"/>
                <w:color w:val="auto"/>
                <w:kern w:val="0"/>
                <w:sz w:val="20"/>
                <w:szCs w:val="20"/>
                <w:lang w:val="en-US" w:eastAsia="en-US" w:bidi="ar-SA"/>
              </w:rPr>
            </w:r>
          </w:p>
        </w:tc>
      </w:tr>
      <w:tr>
        <w:trPr/>
        <w:tc>
          <w:tcPr>
            <w:tcW w:w="2232" w:type="dxa"/>
            <w:tcBorders/>
            <w:shd w:fill="E8EEF5"/>
            <w:vAlign w:val="center"/>
          </w:tcPr>
          <w:p>
            <w:pPr>
              <w:pStyle w:val="Normal"/>
              <w:widowControl/>
              <w:spacing w:lineRule="auto" w:line="240" w:before="0" w:after="120"/>
              <w:jc w:val="left"/>
              <w:rPr>
                <w:rFonts w:ascii="Times New Roman" w:hAnsi="Times New Roman" w:eastAsia="ＭＳ 明朝" w:cs=""/>
                <w:color w:val="auto"/>
                <w:kern w:val="0"/>
                <w:sz w:val="20"/>
                <w:szCs w:val="20"/>
                <w:lang w:val="en-US" w:eastAsia="en-US" w:bidi="ar-SA"/>
              </w:rPr>
            </w:pPr>
            <w:r>
              <w:rPr>
                <w:rFonts w:eastAsia="ＭＳ 明朝" w:cs="" w:ascii="Times New Roman" w:hAnsi="Times New Roman"/>
                <w:b/>
                <w:color w:val="auto"/>
                <w:kern w:val="0"/>
                <w:sz w:val="20"/>
                <w:szCs w:val="20"/>
                <w:lang w:val="en-US" w:eastAsia="en-US" w:bidi="ar-SA"/>
              </w:rPr>
              <w:t>Nome do caso</w:t>
            </w:r>
          </w:p>
        </w:tc>
        <w:tc>
          <w:tcPr>
            <w:tcW w:w="7127" w:type="dxa"/>
            <w:tcBorders/>
            <w:vAlign w:val="center"/>
          </w:tcPr>
          <w:p>
            <w:pPr>
              <w:pStyle w:val="Normal"/>
              <w:widowControl/>
              <w:spacing w:lineRule="auto" w:line="240" w:before="0" w:after="120"/>
              <w:jc w:val="left"/>
              <w:rPr>
                <w:rFonts w:ascii="Times New Roman" w:hAnsi="Times New Roman" w:eastAsia="ＭＳ 明朝" w:cs=""/>
                <w:color w:val="auto"/>
                <w:kern w:val="0"/>
                <w:sz w:val="20"/>
                <w:szCs w:val="20"/>
                <w:lang w:val="en-US" w:eastAsia="en-US" w:bidi="ar-SA"/>
              </w:rPr>
            </w:pPr>
            <w:r>
              <w:rPr>
                <w:rFonts w:eastAsia="ＭＳ 明朝" w:cs="" w:ascii="Times New Roman" w:hAnsi="Times New Roman"/>
                <w:color w:val="auto"/>
                <w:kern w:val="0"/>
                <w:sz w:val="20"/>
                <w:szCs w:val="20"/>
                <w:lang w:val="en-US" w:eastAsia="en-US" w:bidi="ar-SA"/>
              </w:rPr>
            </w:r>
          </w:p>
        </w:tc>
      </w:tr>
      <w:tr>
        <w:trPr/>
        <w:tc>
          <w:tcPr>
            <w:tcW w:w="2232" w:type="dxa"/>
            <w:tcBorders/>
            <w:shd w:fill="E8EEF5"/>
            <w:vAlign w:val="center"/>
          </w:tcPr>
          <w:p>
            <w:pPr>
              <w:pStyle w:val="Normal"/>
              <w:widowControl/>
              <w:spacing w:lineRule="auto" w:line="240" w:before="0" w:after="120"/>
              <w:jc w:val="left"/>
              <w:rPr>
                <w:rFonts w:ascii="Times New Roman" w:hAnsi="Times New Roman" w:eastAsia="ＭＳ 明朝" w:cs=""/>
                <w:color w:val="auto"/>
                <w:kern w:val="0"/>
                <w:sz w:val="20"/>
                <w:szCs w:val="20"/>
                <w:lang w:val="en-US" w:eastAsia="en-US" w:bidi="ar-SA"/>
              </w:rPr>
            </w:pPr>
            <w:r>
              <w:rPr>
                <w:rFonts w:eastAsia="ＭＳ 明朝" w:cs="" w:ascii="Times New Roman" w:hAnsi="Times New Roman"/>
                <w:b/>
                <w:color w:val="auto"/>
                <w:kern w:val="0"/>
                <w:sz w:val="20"/>
                <w:szCs w:val="20"/>
                <w:lang w:val="en-US" w:eastAsia="en-US" w:bidi="ar-SA"/>
              </w:rPr>
              <w:t xml:space="preserve">Órgão ou tribunal </w:t>
            </w:r>
            <w:r>
              <w:rPr>
                <w:rFonts w:eastAsia="ＭＳ 明朝" w:cs="" w:ascii="Times New Roman" w:hAnsi="Times New Roman"/>
                <w:b/>
                <w:color w:val="auto"/>
                <w:kern w:val="0"/>
                <w:sz w:val="20"/>
                <w:szCs w:val="20"/>
                <w:lang w:val="en-US" w:eastAsia="en-US" w:bidi="ar-SA"/>
              </w:rPr>
              <w:t>(se houver)</w:t>
            </w:r>
          </w:p>
        </w:tc>
        <w:tc>
          <w:tcPr>
            <w:tcW w:w="7127" w:type="dxa"/>
            <w:tcBorders/>
            <w:vAlign w:val="center"/>
          </w:tcPr>
          <w:p>
            <w:pPr>
              <w:pStyle w:val="Normal"/>
              <w:widowControl/>
              <w:spacing w:lineRule="auto" w:line="240" w:before="0" w:after="120"/>
              <w:jc w:val="left"/>
              <w:rPr>
                <w:rFonts w:ascii="Times New Roman" w:hAnsi="Times New Roman" w:eastAsia="ＭＳ 明朝" w:cs=""/>
                <w:color w:val="auto"/>
                <w:kern w:val="0"/>
                <w:sz w:val="20"/>
                <w:szCs w:val="20"/>
                <w:lang w:val="en-US" w:eastAsia="en-US" w:bidi="ar-SA"/>
              </w:rPr>
            </w:pPr>
            <w:r>
              <w:rPr>
                <w:rFonts w:eastAsia="ＭＳ 明朝" w:cs="" w:ascii="Times New Roman" w:hAnsi="Times New Roman"/>
                <w:color w:val="auto"/>
                <w:kern w:val="0"/>
                <w:sz w:val="20"/>
                <w:szCs w:val="20"/>
                <w:lang w:val="en-US" w:eastAsia="en-US" w:bidi="ar-SA"/>
              </w:rPr>
            </w:r>
          </w:p>
        </w:tc>
      </w:tr>
      <w:tr>
        <w:trPr/>
        <w:tc>
          <w:tcPr>
            <w:tcW w:w="2232" w:type="dxa"/>
            <w:tcBorders/>
            <w:shd w:fill="E8EEF5"/>
            <w:vAlign w:val="center"/>
          </w:tcPr>
          <w:p>
            <w:pPr>
              <w:pStyle w:val="Normal"/>
              <w:widowControl/>
              <w:spacing w:lineRule="auto" w:line="240" w:before="0" w:after="120"/>
              <w:jc w:val="left"/>
              <w:rPr>
                <w:rFonts w:ascii="Times New Roman" w:hAnsi="Times New Roman" w:eastAsia="ＭＳ 明朝" w:cs=""/>
                <w:color w:val="auto"/>
                <w:kern w:val="0"/>
                <w:sz w:val="20"/>
                <w:szCs w:val="20"/>
                <w:lang w:val="en-US" w:eastAsia="en-US" w:bidi="ar-SA"/>
              </w:rPr>
            </w:pPr>
            <w:r>
              <w:rPr>
                <w:rFonts w:eastAsia="ＭＳ 明朝" w:cs="" w:ascii="Times New Roman" w:hAnsi="Times New Roman"/>
                <w:b/>
                <w:color w:val="auto"/>
                <w:kern w:val="0"/>
                <w:sz w:val="20"/>
                <w:szCs w:val="20"/>
                <w:lang w:val="en-US" w:eastAsia="en-US" w:bidi="ar-SA"/>
              </w:rPr>
              <w:t>Partes / interessados</w:t>
            </w:r>
          </w:p>
        </w:tc>
        <w:tc>
          <w:tcPr>
            <w:tcW w:w="7127" w:type="dxa"/>
            <w:tcBorders/>
            <w:vAlign w:val="center"/>
          </w:tcPr>
          <w:p>
            <w:pPr>
              <w:pStyle w:val="Normal"/>
              <w:widowControl/>
              <w:spacing w:lineRule="auto" w:line="240" w:before="0" w:after="120"/>
              <w:jc w:val="left"/>
              <w:rPr>
                <w:rFonts w:ascii="Times New Roman" w:hAnsi="Times New Roman" w:eastAsia="ＭＳ 明朝" w:cs=""/>
                <w:color w:val="auto"/>
                <w:kern w:val="0"/>
                <w:sz w:val="20"/>
                <w:szCs w:val="20"/>
                <w:lang w:val="en-US" w:eastAsia="en-US" w:bidi="ar-SA"/>
              </w:rPr>
            </w:pPr>
            <w:r>
              <w:rPr>
                <w:rFonts w:eastAsia="ＭＳ 明朝" w:cs="" w:ascii="Times New Roman" w:hAnsi="Times New Roman"/>
                <w:color w:val="auto"/>
                <w:kern w:val="0"/>
                <w:sz w:val="20"/>
                <w:szCs w:val="20"/>
                <w:lang w:val="en-US" w:eastAsia="en-US" w:bidi="ar-SA"/>
              </w:rPr>
            </w:r>
          </w:p>
        </w:tc>
      </w:tr>
      <w:tr>
        <w:trPr/>
        <w:tc>
          <w:tcPr>
            <w:tcW w:w="2232" w:type="dxa"/>
            <w:tcBorders/>
            <w:shd w:fill="E8EEF5"/>
            <w:vAlign w:val="center"/>
          </w:tcPr>
          <w:p>
            <w:pPr>
              <w:pStyle w:val="Normal"/>
              <w:widowControl/>
              <w:spacing w:lineRule="auto" w:line="240" w:before="0" w:after="120"/>
              <w:jc w:val="left"/>
              <w:rPr>
                <w:rFonts w:ascii="Times New Roman" w:hAnsi="Times New Roman" w:eastAsia="ＭＳ 明朝" w:cs=""/>
                <w:color w:val="auto"/>
                <w:kern w:val="0"/>
                <w:sz w:val="20"/>
                <w:szCs w:val="20"/>
                <w:lang w:val="en-US" w:eastAsia="en-US" w:bidi="ar-SA"/>
              </w:rPr>
            </w:pPr>
            <w:r>
              <w:rPr>
                <w:rFonts w:eastAsia="ＭＳ 明朝" w:cs="" w:ascii="Times New Roman" w:hAnsi="Times New Roman"/>
                <w:b/>
                <w:color w:val="auto"/>
                <w:kern w:val="0"/>
                <w:sz w:val="20"/>
                <w:szCs w:val="20"/>
                <w:lang w:val="en-US" w:eastAsia="en-US" w:bidi="ar-SA"/>
              </w:rPr>
              <w:t>Ano / local</w:t>
            </w:r>
          </w:p>
        </w:tc>
        <w:tc>
          <w:tcPr>
            <w:tcW w:w="7127" w:type="dxa"/>
            <w:tcBorders/>
            <w:vAlign w:val="center"/>
          </w:tcPr>
          <w:p>
            <w:pPr>
              <w:pStyle w:val="Normal"/>
              <w:widowControl/>
              <w:spacing w:lineRule="auto" w:line="240" w:before="0" w:after="120"/>
              <w:jc w:val="left"/>
              <w:rPr>
                <w:rFonts w:ascii="Times New Roman" w:hAnsi="Times New Roman" w:eastAsia="ＭＳ 明朝" w:cs=""/>
                <w:color w:val="auto"/>
                <w:kern w:val="0"/>
                <w:sz w:val="20"/>
                <w:szCs w:val="20"/>
                <w:lang w:val="en-US" w:eastAsia="en-US" w:bidi="ar-SA"/>
              </w:rPr>
            </w:pPr>
            <w:r>
              <w:rPr>
                <w:rFonts w:eastAsia="ＭＳ 明朝" w:cs="" w:ascii="Times New Roman" w:hAnsi="Times New Roman"/>
                <w:color w:val="auto"/>
                <w:kern w:val="0"/>
                <w:sz w:val="20"/>
                <w:szCs w:val="20"/>
                <w:lang w:val="en-US" w:eastAsia="en-US" w:bidi="ar-SA"/>
              </w:rPr>
            </w:r>
          </w:p>
        </w:tc>
      </w:tr>
      <w:tr>
        <w:trPr/>
        <w:tc>
          <w:tcPr>
            <w:tcW w:w="2232" w:type="dxa"/>
            <w:tcBorders/>
            <w:shd w:fill="E8EEF5"/>
            <w:vAlign w:val="center"/>
          </w:tcPr>
          <w:p>
            <w:pPr>
              <w:pStyle w:val="Normal"/>
              <w:widowControl/>
              <w:spacing w:lineRule="auto" w:line="240" w:before="0" w:after="120"/>
              <w:jc w:val="left"/>
              <w:rPr>
                <w:rFonts w:ascii="Times New Roman" w:hAnsi="Times New Roman" w:eastAsia="ＭＳ 明朝" w:cs=""/>
                <w:color w:val="auto"/>
                <w:kern w:val="0"/>
                <w:sz w:val="20"/>
                <w:szCs w:val="20"/>
                <w:lang w:val="en-US" w:eastAsia="en-US" w:bidi="ar-SA"/>
              </w:rPr>
            </w:pPr>
            <w:r>
              <w:rPr>
                <w:rFonts w:eastAsia="ＭＳ 明朝" w:cs="" w:ascii="Times New Roman" w:hAnsi="Times New Roman"/>
                <w:b/>
                <w:color w:val="auto"/>
                <w:kern w:val="0"/>
                <w:sz w:val="20"/>
                <w:szCs w:val="20"/>
                <w:lang w:val="en-US" w:eastAsia="en-US" w:bidi="ar-SA"/>
              </w:rPr>
              <w:t>Tema principal</w:t>
            </w:r>
          </w:p>
        </w:tc>
        <w:tc>
          <w:tcPr>
            <w:tcW w:w="7127" w:type="dxa"/>
            <w:tcBorders/>
            <w:vAlign w:val="center"/>
          </w:tcPr>
          <w:p>
            <w:pPr>
              <w:pStyle w:val="Normal"/>
              <w:widowControl/>
              <w:spacing w:lineRule="auto" w:line="240" w:before="0" w:after="120"/>
              <w:jc w:val="left"/>
              <w:rPr>
                <w:rFonts w:ascii="Times New Roman" w:hAnsi="Times New Roman" w:eastAsia="ＭＳ 明朝" w:cs=""/>
                <w:color w:val="auto"/>
                <w:kern w:val="0"/>
                <w:sz w:val="20"/>
                <w:szCs w:val="20"/>
                <w:lang w:val="en-US" w:eastAsia="en-US" w:bidi="ar-SA"/>
              </w:rPr>
            </w:pPr>
            <w:r>
              <w:rPr>
                <w:rFonts w:eastAsia="ＭＳ 明朝" w:cs="" w:ascii="Times New Roman" w:hAnsi="Times New Roman"/>
                <w:color w:val="auto"/>
                <w:kern w:val="0"/>
                <w:sz w:val="20"/>
                <w:szCs w:val="20"/>
                <w:lang w:val="en-US" w:eastAsia="en-US" w:bidi="ar-SA"/>
              </w:rPr>
            </w:r>
          </w:p>
        </w:tc>
      </w:tr>
    </w:tbl>
    <w:p>
      <w:pPr>
        <w:pStyle w:val="Heading1"/>
        <w:spacing w:lineRule="auto" w:line="240"/>
        <w:rPr>
          <w:rFonts w:ascii="Times New Roman" w:hAnsi="Times New Roman"/>
          <w:color w:val="auto"/>
          <w:sz w:val="20"/>
          <w:szCs w:val="20"/>
        </w:rPr>
      </w:pPr>
      <w:r>
        <w:rPr>
          <w:rFonts w:ascii="Times New Roman" w:hAnsi="Times New Roman"/>
          <w:color w:val="auto"/>
          <w:sz w:val="20"/>
          <w:szCs w:val="20"/>
        </w:rPr>
        <w:t xml:space="preserve">2. Visão geral </w:t>
      </w:r>
    </w:p>
    <w:p>
      <w:pPr>
        <w:pStyle w:val="Normal"/>
        <w:keepNext w:val="true"/>
        <w:spacing w:lineRule="auto" w:line="240" w:before="120" w:after="60"/>
        <w:rPr>
          <w:rFonts w:ascii="Times New Roman" w:hAnsi="Times New Roman"/>
          <w:color w:val="auto"/>
          <w:sz w:val="20"/>
          <w:szCs w:val="20"/>
        </w:rPr>
      </w:pPr>
      <w:r>
        <w:rPr>
          <w:rFonts w:ascii="Times New Roman" w:hAnsi="Times New Roman"/>
          <w:b/>
          <w:color w:val="auto"/>
          <w:sz w:val="20"/>
          <w:szCs w:val="20"/>
        </w:rPr>
        <w:t>Explique o caso em um único parágrafo.</w:t>
      </w:r>
    </w:p>
    <w:p>
      <w:pPr>
        <w:pStyle w:val="Normal"/>
        <w:keepNext w:val="true"/>
        <w:spacing w:lineRule="auto" w:line="240" w:before="0" w:after="60"/>
        <w:rPr>
          <w:rFonts w:ascii="Times New Roman" w:hAnsi="Times New Roman"/>
          <w:color w:val="auto"/>
          <w:sz w:val="20"/>
          <w:szCs w:val="20"/>
        </w:rPr>
      </w:pPr>
      <w:r>
        <w:rPr>
          <w:rFonts w:ascii="Times New Roman" w:hAnsi="Times New Roman"/>
          <w:i/>
          <w:color w:val="auto"/>
          <w:sz w:val="20"/>
          <w:szCs w:val="20"/>
        </w:rPr>
        <w:t>Inclua: quem, o que aconteceu, qual era o problema jurídico, qual foi o desfecho e por que o caso é importante.</w:t>
      </w:r>
    </w:p>
    <w:tbl>
      <w:tblPr>
        <w:tblStyle w:val="TableGrid"/>
        <w:tblW w:w="9360" w:type="dxa"/>
        <w:jc w:val="left"/>
        <w:tblInd w:w="12" w:type="dxa"/>
        <w:tblLayout w:type="fixed"/>
        <w:tblCellMar>
          <w:top w:w="120" w:type="dxa"/>
          <w:left w:w="120" w:type="dxa"/>
          <w:bottom w:w="120" w:type="dxa"/>
          <w:right w:w="120" w:type="dxa"/>
        </w:tblCellMar>
        <w:tblLook w:firstRow="1" w:noVBand="1" w:lastRow="0" w:firstColumn="1" w:lastColumn="0" w:noHBand="0" w:val="04a0"/>
      </w:tblPr>
      <w:tblGrid>
        <w:gridCol w:w="9360"/>
      </w:tblGrid>
      <w:tr>
        <w:trPr/>
        <w:tc>
          <w:tcPr>
            <w:tcW w:w="9360" w:type="dxa"/>
            <w:tcBorders/>
          </w:tcPr>
          <w:p>
            <w:pPr>
              <w:pStyle w:val="Normal"/>
              <w:widowControl/>
              <w:spacing w:lineRule="auto" w:line="240" w:before="0" w:after="120"/>
              <w:jc w:val="left"/>
              <w:rPr>
                <w:rFonts w:ascii="Times New Roman" w:hAnsi="Times New Roman" w:eastAsia="ＭＳ 明朝" w:cs=""/>
                <w:color w:val="auto"/>
                <w:kern w:val="0"/>
                <w:sz w:val="20"/>
                <w:szCs w:val="20"/>
                <w:lang w:val="en-US" w:eastAsia="en-US" w:bidi="ar-SA"/>
              </w:rPr>
            </w:pPr>
            <w:r>
              <w:rPr>
                <w:rFonts w:eastAsia="ＭＳ 明朝" w:cs="" w:ascii="Times New Roman" w:hAnsi="Times New Roman"/>
                <w:color w:val="auto"/>
                <w:kern w:val="0"/>
                <w:sz w:val="20"/>
                <w:szCs w:val="20"/>
                <w:lang w:val="en-US" w:eastAsia="en-US" w:bidi="ar-SA"/>
              </w:rPr>
            </w:r>
          </w:p>
        </w:tc>
      </w:tr>
      <w:tr>
        <w:trPr/>
        <w:tc>
          <w:tcPr>
            <w:tcW w:w="9360" w:type="dxa"/>
            <w:tcBorders/>
          </w:tcPr>
          <w:p>
            <w:pPr>
              <w:pStyle w:val="Normal"/>
              <w:widowControl/>
              <w:spacing w:lineRule="auto" w:line="240" w:before="0" w:after="120"/>
              <w:jc w:val="left"/>
              <w:rPr>
                <w:rFonts w:ascii="Times New Roman" w:hAnsi="Times New Roman" w:eastAsia="ＭＳ 明朝" w:cs=""/>
                <w:color w:val="auto"/>
                <w:kern w:val="0"/>
                <w:sz w:val="20"/>
                <w:szCs w:val="20"/>
                <w:lang w:val="en-US" w:eastAsia="en-US" w:bidi="ar-SA"/>
              </w:rPr>
            </w:pPr>
            <w:r>
              <w:rPr>
                <w:rFonts w:eastAsia="ＭＳ 明朝" w:cs="" w:ascii="Times New Roman" w:hAnsi="Times New Roman"/>
                <w:color w:val="auto"/>
                <w:kern w:val="0"/>
                <w:sz w:val="20"/>
                <w:szCs w:val="20"/>
                <w:lang w:val="en-US" w:eastAsia="en-US" w:bidi="ar-SA"/>
              </w:rPr>
            </w:r>
          </w:p>
        </w:tc>
      </w:tr>
      <w:tr>
        <w:trPr/>
        <w:tc>
          <w:tcPr>
            <w:tcW w:w="9360" w:type="dxa"/>
            <w:tcBorders/>
          </w:tcPr>
          <w:p>
            <w:pPr>
              <w:pStyle w:val="Normal"/>
              <w:widowControl/>
              <w:spacing w:lineRule="auto" w:line="240" w:before="0" w:after="120"/>
              <w:jc w:val="left"/>
              <w:rPr>
                <w:rFonts w:ascii="Times New Roman" w:hAnsi="Times New Roman" w:eastAsia="ＭＳ 明朝" w:cs=""/>
                <w:color w:val="auto"/>
                <w:kern w:val="0"/>
                <w:sz w:val="20"/>
                <w:szCs w:val="20"/>
                <w:lang w:val="en-US" w:eastAsia="en-US" w:bidi="ar-SA"/>
              </w:rPr>
            </w:pPr>
            <w:r>
              <w:rPr>
                <w:rFonts w:eastAsia="ＭＳ 明朝" w:cs="" w:ascii="Times New Roman" w:hAnsi="Times New Roman"/>
                <w:color w:val="auto"/>
                <w:kern w:val="0"/>
                <w:sz w:val="20"/>
                <w:szCs w:val="20"/>
                <w:lang w:val="en-US" w:eastAsia="en-US" w:bidi="ar-SA"/>
              </w:rPr>
            </w:r>
          </w:p>
        </w:tc>
      </w:tr>
      <w:tr>
        <w:trPr/>
        <w:tc>
          <w:tcPr>
            <w:tcW w:w="9360" w:type="dxa"/>
            <w:tcBorders/>
          </w:tcPr>
          <w:p>
            <w:pPr>
              <w:pStyle w:val="Normal"/>
              <w:widowControl/>
              <w:spacing w:lineRule="auto" w:line="240" w:before="0" w:after="120"/>
              <w:jc w:val="left"/>
              <w:rPr>
                <w:rFonts w:ascii="Times New Roman" w:hAnsi="Times New Roman" w:eastAsia="ＭＳ 明朝" w:cs=""/>
                <w:color w:val="auto"/>
                <w:kern w:val="0"/>
                <w:sz w:val="20"/>
                <w:szCs w:val="20"/>
                <w:lang w:val="en-US" w:eastAsia="en-US" w:bidi="ar-SA"/>
              </w:rPr>
            </w:pPr>
            <w:r>
              <w:rPr>
                <w:rFonts w:eastAsia="ＭＳ 明朝" w:cs="" w:ascii="Times New Roman" w:hAnsi="Times New Roman"/>
                <w:color w:val="auto"/>
                <w:kern w:val="0"/>
                <w:sz w:val="20"/>
                <w:szCs w:val="20"/>
                <w:lang w:val="en-US" w:eastAsia="en-US" w:bidi="ar-SA"/>
              </w:rPr>
            </w:r>
          </w:p>
        </w:tc>
      </w:tr>
    </w:tbl>
    <w:p>
      <w:pPr>
        <w:pStyle w:val="Heading1"/>
        <w:spacing w:lineRule="auto" w:line="240"/>
        <w:rPr>
          <w:rFonts w:ascii="Times New Roman" w:hAnsi="Times New Roman"/>
          <w:color w:val="auto"/>
          <w:sz w:val="20"/>
          <w:szCs w:val="20"/>
        </w:rPr>
      </w:pPr>
      <w:r>
        <w:rPr>
          <w:rFonts w:ascii="Times New Roman" w:hAnsi="Times New Roman"/>
          <w:color w:val="auto"/>
          <w:sz w:val="20"/>
          <w:szCs w:val="20"/>
        </w:rPr>
        <w:t>3. Linha do tempo essencial</w:t>
      </w:r>
    </w:p>
    <w:tbl>
      <w:tblPr>
        <w:tblStyle w:val="TableGrid"/>
        <w:tblW w:w="9360" w:type="dxa"/>
        <w:jc w:val="left"/>
        <w:tblInd w:w="12" w:type="dxa"/>
        <w:tblLayout w:type="fixed"/>
        <w:tblCellMar>
          <w:top w:w="90" w:type="dxa"/>
          <w:left w:w="120" w:type="dxa"/>
          <w:bottom w:w="90" w:type="dxa"/>
          <w:right w:w="120" w:type="dxa"/>
        </w:tblCellMar>
        <w:tblLook w:firstRow="1" w:noVBand="1" w:lastRow="0" w:firstColumn="1" w:lastColumn="0" w:noHBand="0" w:val="04a0"/>
      </w:tblPr>
      <w:tblGrid>
        <w:gridCol w:w="3120"/>
        <w:gridCol w:w="3120"/>
        <w:gridCol w:w="3120"/>
      </w:tblGrid>
      <w:tr>
        <w:trPr>
          <w:tblHeader w:val="true"/>
        </w:trPr>
        <w:tc>
          <w:tcPr>
            <w:tcW w:w="3120" w:type="dxa"/>
            <w:tcBorders/>
            <w:shd w:fill="17365D"/>
          </w:tcPr>
          <w:p>
            <w:pPr>
              <w:pStyle w:val="Normal"/>
              <w:widowControl/>
              <w:spacing w:lineRule="auto" w:line="240" w:before="0" w:after="120"/>
              <w:jc w:val="left"/>
              <w:rPr>
                <w:rFonts w:ascii="Times New Roman" w:hAnsi="Times New Roman" w:eastAsia="ＭＳ 明朝" w:cs=""/>
                <w:color w:val="auto"/>
                <w:kern w:val="0"/>
                <w:sz w:val="20"/>
                <w:szCs w:val="20"/>
                <w:lang w:val="en-US" w:eastAsia="en-US" w:bidi="ar-SA"/>
              </w:rPr>
            </w:pPr>
            <w:r>
              <w:rPr>
                <w:rFonts w:eastAsia="ＭＳ 明朝" w:cs="" w:ascii="Times New Roman" w:hAnsi="Times New Roman"/>
                <w:b/>
                <w:color w:val="auto"/>
                <w:kern w:val="0"/>
                <w:sz w:val="20"/>
                <w:szCs w:val="20"/>
                <w:lang w:val="en-US" w:eastAsia="en-US" w:bidi="ar-SA"/>
              </w:rPr>
              <w:t>Data / período</w:t>
            </w:r>
          </w:p>
        </w:tc>
        <w:tc>
          <w:tcPr>
            <w:tcW w:w="3120" w:type="dxa"/>
            <w:tcBorders/>
            <w:shd w:fill="17365D"/>
          </w:tcPr>
          <w:p>
            <w:pPr>
              <w:pStyle w:val="Normal"/>
              <w:widowControl/>
              <w:spacing w:lineRule="auto" w:line="240" w:before="0" w:after="120"/>
              <w:jc w:val="left"/>
              <w:rPr>
                <w:rFonts w:ascii="Times New Roman" w:hAnsi="Times New Roman" w:eastAsia="ＭＳ 明朝" w:cs=""/>
                <w:color w:val="auto"/>
                <w:kern w:val="0"/>
                <w:sz w:val="20"/>
                <w:szCs w:val="20"/>
                <w:lang w:val="en-US" w:eastAsia="en-US" w:bidi="ar-SA"/>
              </w:rPr>
            </w:pPr>
            <w:r>
              <w:rPr>
                <w:rFonts w:eastAsia="ＭＳ 明朝" w:cs="" w:ascii="Times New Roman" w:hAnsi="Times New Roman"/>
                <w:b/>
                <w:color w:val="auto"/>
                <w:kern w:val="0"/>
                <w:sz w:val="20"/>
                <w:szCs w:val="20"/>
                <w:lang w:val="en-US" w:eastAsia="en-US" w:bidi="ar-SA"/>
              </w:rPr>
              <w:t>Acontecimento relevante</w:t>
            </w:r>
          </w:p>
        </w:tc>
        <w:tc>
          <w:tcPr>
            <w:tcW w:w="3120" w:type="dxa"/>
            <w:tcBorders/>
            <w:shd w:fill="17365D"/>
          </w:tcPr>
          <w:p>
            <w:pPr>
              <w:pStyle w:val="Normal"/>
              <w:widowControl/>
              <w:spacing w:lineRule="auto" w:line="240" w:before="0" w:after="120"/>
              <w:jc w:val="left"/>
              <w:rPr>
                <w:rFonts w:ascii="Times New Roman" w:hAnsi="Times New Roman" w:eastAsia="ＭＳ 明朝" w:cs=""/>
                <w:color w:val="auto"/>
                <w:kern w:val="0"/>
                <w:sz w:val="20"/>
                <w:szCs w:val="20"/>
                <w:lang w:val="en-US" w:eastAsia="en-US" w:bidi="ar-SA"/>
              </w:rPr>
            </w:pPr>
            <w:r>
              <w:rPr>
                <w:rFonts w:eastAsia="ＭＳ 明朝" w:cs="" w:ascii="Times New Roman" w:hAnsi="Times New Roman"/>
                <w:b/>
                <w:color w:val="auto"/>
                <w:kern w:val="0"/>
                <w:sz w:val="20"/>
                <w:szCs w:val="20"/>
                <w:lang w:val="en-US" w:eastAsia="en-US" w:bidi="ar-SA"/>
              </w:rPr>
              <w:t>Consequência jurídica</w:t>
            </w:r>
          </w:p>
        </w:tc>
      </w:tr>
      <w:tr>
        <w:trPr/>
        <w:tc>
          <w:tcPr>
            <w:tcW w:w="3120" w:type="dxa"/>
            <w:tcBorders/>
            <w:tcMar>
              <w:top w:w="140" w:type="dxa"/>
              <w:bottom w:w="140" w:type="dxa"/>
            </w:tcMar>
          </w:tcPr>
          <w:p>
            <w:pPr>
              <w:pStyle w:val="Normal"/>
              <w:widowControl/>
              <w:spacing w:lineRule="auto" w:line="240" w:before="0" w:after="120"/>
              <w:jc w:val="left"/>
              <w:rPr>
                <w:rFonts w:ascii="Times New Roman" w:hAnsi="Times New Roman" w:eastAsia="ＭＳ 明朝" w:cs=""/>
                <w:color w:val="auto"/>
                <w:kern w:val="0"/>
                <w:sz w:val="20"/>
                <w:szCs w:val="20"/>
                <w:lang w:val="en-US" w:eastAsia="en-US" w:bidi="ar-SA"/>
              </w:rPr>
            </w:pPr>
            <w:r>
              <w:rPr>
                <w:rFonts w:eastAsia="ＭＳ 明朝" w:cs="" w:ascii="Times New Roman" w:hAnsi="Times New Roman"/>
                <w:color w:val="auto"/>
                <w:kern w:val="0"/>
                <w:sz w:val="20"/>
                <w:szCs w:val="20"/>
                <w:lang w:val="en-US" w:eastAsia="en-US" w:bidi="ar-SA"/>
              </w:rPr>
            </w:r>
          </w:p>
        </w:tc>
        <w:tc>
          <w:tcPr>
            <w:tcW w:w="3120" w:type="dxa"/>
            <w:tcBorders/>
            <w:tcMar>
              <w:top w:w="140" w:type="dxa"/>
              <w:bottom w:w="140" w:type="dxa"/>
            </w:tcMar>
          </w:tcPr>
          <w:p>
            <w:pPr>
              <w:pStyle w:val="Normal"/>
              <w:widowControl/>
              <w:spacing w:lineRule="auto" w:line="240" w:before="0" w:after="120"/>
              <w:jc w:val="left"/>
              <w:rPr>
                <w:rFonts w:ascii="Times New Roman" w:hAnsi="Times New Roman" w:eastAsia="ＭＳ 明朝" w:cs=""/>
                <w:color w:val="auto"/>
                <w:kern w:val="0"/>
                <w:sz w:val="20"/>
                <w:szCs w:val="20"/>
                <w:lang w:val="en-US" w:eastAsia="en-US" w:bidi="ar-SA"/>
              </w:rPr>
            </w:pPr>
            <w:r>
              <w:rPr>
                <w:rFonts w:eastAsia="ＭＳ 明朝" w:cs="" w:ascii="Times New Roman" w:hAnsi="Times New Roman"/>
                <w:color w:val="auto"/>
                <w:kern w:val="0"/>
                <w:sz w:val="20"/>
                <w:szCs w:val="20"/>
                <w:lang w:val="en-US" w:eastAsia="en-US" w:bidi="ar-SA"/>
              </w:rPr>
            </w:r>
          </w:p>
        </w:tc>
        <w:tc>
          <w:tcPr>
            <w:tcW w:w="3120" w:type="dxa"/>
            <w:tcBorders/>
            <w:tcMar>
              <w:top w:w="140" w:type="dxa"/>
              <w:bottom w:w="140" w:type="dxa"/>
            </w:tcMar>
          </w:tcPr>
          <w:p>
            <w:pPr>
              <w:pStyle w:val="Normal"/>
              <w:widowControl/>
              <w:spacing w:lineRule="auto" w:line="240" w:before="0" w:after="120"/>
              <w:jc w:val="left"/>
              <w:rPr>
                <w:rFonts w:ascii="Times New Roman" w:hAnsi="Times New Roman" w:eastAsia="ＭＳ 明朝" w:cs=""/>
                <w:color w:val="auto"/>
                <w:kern w:val="0"/>
                <w:sz w:val="20"/>
                <w:szCs w:val="20"/>
                <w:lang w:val="en-US" w:eastAsia="en-US" w:bidi="ar-SA"/>
              </w:rPr>
            </w:pPr>
            <w:r>
              <w:rPr>
                <w:rFonts w:eastAsia="ＭＳ 明朝" w:cs="" w:ascii="Times New Roman" w:hAnsi="Times New Roman"/>
                <w:color w:val="auto"/>
                <w:kern w:val="0"/>
                <w:sz w:val="20"/>
                <w:szCs w:val="20"/>
                <w:lang w:val="en-US" w:eastAsia="en-US" w:bidi="ar-SA"/>
              </w:rPr>
            </w:r>
          </w:p>
        </w:tc>
      </w:tr>
      <w:tr>
        <w:trPr/>
        <w:tc>
          <w:tcPr>
            <w:tcW w:w="3120" w:type="dxa"/>
            <w:tcBorders/>
            <w:tcMar>
              <w:top w:w="140" w:type="dxa"/>
              <w:bottom w:w="140" w:type="dxa"/>
            </w:tcMar>
          </w:tcPr>
          <w:p>
            <w:pPr>
              <w:pStyle w:val="Normal"/>
              <w:widowControl/>
              <w:spacing w:lineRule="auto" w:line="240" w:before="0" w:after="120"/>
              <w:jc w:val="left"/>
              <w:rPr>
                <w:rFonts w:ascii="Times New Roman" w:hAnsi="Times New Roman" w:eastAsia="ＭＳ 明朝" w:cs=""/>
                <w:color w:val="auto"/>
                <w:kern w:val="0"/>
                <w:sz w:val="20"/>
                <w:szCs w:val="20"/>
                <w:lang w:val="en-US" w:eastAsia="en-US" w:bidi="ar-SA"/>
              </w:rPr>
            </w:pPr>
            <w:r>
              <w:rPr>
                <w:rFonts w:eastAsia="ＭＳ 明朝" w:cs="" w:ascii="Times New Roman" w:hAnsi="Times New Roman"/>
                <w:color w:val="auto"/>
                <w:kern w:val="0"/>
                <w:sz w:val="20"/>
                <w:szCs w:val="20"/>
                <w:lang w:val="en-US" w:eastAsia="en-US" w:bidi="ar-SA"/>
              </w:rPr>
            </w:r>
          </w:p>
        </w:tc>
        <w:tc>
          <w:tcPr>
            <w:tcW w:w="3120" w:type="dxa"/>
            <w:tcBorders/>
            <w:tcMar>
              <w:top w:w="140" w:type="dxa"/>
              <w:bottom w:w="140" w:type="dxa"/>
            </w:tcMar>
          </w:tcPr>
          <w:p>
            <w:pPr>
              <w:pStyle w:val="Normal"/>
              <w:widowControl/>
              <w:spacing w:lineRule="auto" w:line="240" w:before="0" w:after="120"/>
              <w:jc w:val="left"/>
              <w:rPr>
                <w:rFonts w:ascii="Times New Roman" w:hAnsi="Times New Roman" w:eastAsia="ＭＳ 明朝" w:cs=""/>
                <w:color w:val="auto"/>
                <w:kern w:val="0"/>
                <w:sz w:val="20"/>
                <w:szCs w:val="20"/>
                <w:lang w:val="en-US" w:eastAsia="en-US" w:bidi="ar-SA"/>
              </w:rPr>
            </w:pPr>
            <w:r>
              <w:rPr>
                <w:rFonts w:eastAsia="ＭＳ 明朝" w:cs="" w:ascii="Times New Roman" w:hAnsi="Times New Roman"/>
                <w:color w:val="auto"/>
                <w:kern w:val="0"/>
                <w:sz w:val="20"/>
                <w:szCs w:val="20"/>
                <w:lang w:val="en-US" w:eastAsia="en-US" w:bidi="ar-SA"/>
              </w:rPr>
            </w:r>
          </w:p>
        </w:tc>
        <w:tc>
          <w:tcPr>
            <w:tcW w:w="3120" w:type="dxa"/>
            <w:tcBorders/>
            <w:tcMar>
              <w:top w:w="140" w:type="dxa"/>
              <w:bottom w:w="140" w:type="dxa"/>
            </w:tcMar>
          </w:tcPr>
          <w:p>
            <w:pPr>
              <w:pStyle w:val="Normal"/>
              <w:widowControl/>
              <w:spacing w:lineRule="auto" w:line="240" w:before="0" w:after="120"/>
              <w:jc w:val="left"/>
              <w:rPr>
                <w:rFonts w:ascii="Times New Roman" w:hAnsi="Times New Roman" w:eastAsia="ＭＳ 明朝" w:cs=""/>
                <w:color w:val="auto"/>
                <w:kern w:val="0"/>
                <w:sz w:val="20"/>
                <w:szCs w:val="20"/>
                <w:lang w:val="en-US" w:eastAsia="en-US" w:bidi="ar-SA"/>
              </w:rPr>
            </w:pPr>
            <w:r>
              <w:rPr>
                <w:rFonts w:eastAsia="ＭＳ 明朝" w:cs="" w:ascii="Times New Roman" w:hAnsi="Times New Roman"/>
                <w:color w:val="auto"/>
                <w:kern w:val="0"/>
                <w:sz w:val="20"/>
                <w:szCs w:val="20"/>
                <w:lang w:val="en-US" w:eastAsia="en-US" w:bidi="ar-SA"/>
              </w:rPr>
            </w:r>
          </w:p>
        </w:tc>
      </w:tr>
      <w:tr>
        <w:trPr/>
        <w:tc>
          <w:tcPr>
            <w:tcW w:w="3120" w:type="dxa"/>
            <w:tcBorders/>
            <w:tcMar>
              <w:top w:w="140" w:type="dxa"/>
              <w:bottom w:w="140" w:type="dxa"/>
            </w:tcMar>
          </w:tcPr>
          <w:p>
            <w:pPr>
              <w:pStyle w:val="Normal"/>
              <w:widowControl/>
              <w:spacing w:lineRule="auto" w:line="240" w:before="0" w:after="120"/>
              <w:jc w:val="left"/>
              <w:rPr>
                <w:rFonts w:ascii="Times New Roman" w:hAnsi="Times New Roman" w:eastAsia="ＭＳ 明朝" w:cs=""/>
                <w:color w:val="auto"/>
                <w:kern w:val="0"/>
                <w:sz w:val="20"/>
                <w:szCs w:val="20"/>
                <w:lang w:val="en-US" w:eastAsia="en-US" w:bidi="ar-SA"/>
              </w:rPr>
            </w:pPr>
            <w:r>
              <w:rPr>
                <w:rFonts w:eastAsia="ＭＳ 明朝" w:cs="" w:ascii="Times New Roman" w:hAnsi="Times New Roman"/>
                <w:color w:val="auto"/>
                <w:kern w:val="0"/>
                <w:sz w:val="20"/>
                <w:szCs w:val="20"/>
                <w:lang w:val="en-US" w:eastAsia="en-US" w:bidi="ar-SA"/>
              </w:rPr>
            </w:r>
          </w:p>
        </w:tc>
        <w:tc>
          <w:tcPr>
            <w:tcW w:w="3120" w:type="dxa"/>
            <w:tcBorders/>
            <w:tcMar>
              <w:top w:w="140" w:type="dxa"/>
              <w:bottom w:w="140" w:type="dxa"/>
            </w:tcMar>
          </w:tcPr>
          <w:p>
            <w:pPr>
              <w:pStyle w:val="Normal"/>
              <w:widowControl/>
              <w:spacing w:lineRule="auto" w:line="240" w:before="0" w:after="120"/>
              <w:jc w:val="left"/>
              <w:rPr>
                <w:rFonts w:ascii="Times New Roman" w:hAnsi="Times New Roman" w:eastAsia="ＭＳ 明朝" w:cs=""/>
                <w:color w:val="auto"/>
                <w:kern w:val="0"/>
                <w:sz w:val="20"/>
                <w:szCs w:val="20"/>
                <w:lang w:val="en-US" w:eastAsia="en-US" w:bidi="ar-SA"/>
              </w:rPr>
            </w:pPr>
            <w:r>
              <w:rPr>
                <w:rFonts w:eastAsia="ＭＳ 明朝" w:cs="" w:ascii="Times New Roman" w:hAnsi="Times New Roman"/>
                <w:color w:val="auto"/>
                <w:kern w:val="0"/>
                <w:sz w:val="20"/>
                <w:szCs w:val="20"/>
                <w:lang w:val="en-US" w:eastAsia="en-US" w:bidi="ar-SA"/>
              </w:rPr>
            </w:r>
          </w:p>
        </w:tc>
        <w:tc>
          <w:tcPr>
            <w:tcW w:w="3120" w:type="dxa"/>
            <w:tcBorders/>
            <w:tcMar>
              <w:top w:w="140" w:type="dxa"/>
              <w:bottom w:w="140" w:type="dxa"/>
            </w:tcMar>
          </w:tcPr>
          <w:p>
            <w:pPr>
              <w:pStyle w:val="Normal"/>
              <w:widowControl/>
              <w:spacing w:lineRule="auto" w:line="240" w:before="0" w:after="120"/>
              <w:jc w:val="left"/>
              <w:rPr>
                <w:rFonts w:ascii="Times New Roman" w:hAnsi="Times New Roman" w:eastAsia="ＭＳ 明朝" w:cs=""/>
                <w:color w:val="auto"/>
                <w:kern w:val="0"/>
                <w:sz w:val="20"/>
                <w:szCs w:val="20"/>
                <w:lang w:val="en-US" w:eastAsia="en-US" w:bidi="ar-SA"/>
              </w:rPr>
            </w:pPr>
            <w:r>
              <w:rPr>
                <w:rFonts w:eastAsia="ＭＳ 明朝" w:cs="" w:ascii="Times New Roman" w:hAnsi="Times New Roman"/>
                <w:color w:val="auto"/>
                <w:kern w:val="0"/>
                <w:sz w:val="20"/>
                <w:szCs w:val="20"/>
                <w:lang w:val="en-US" w:eastAsia="en-US" w:bidi="ar-SA"/>
              </w:rPr>
            </w:r>
          </w:p>
        </w:tc>
      </w:tr>
      <w:tr>
        <w:trPr/>
        <w:tc>
          <w:tcPr>
            <w:tcW w:w="3120" w:type="dxa"/>
            <w:tcBorders/>
            <w:tcMar>
              <w:top w:w="140" w:type="dxa"/>
              <w:bottom w:w="140" w:type="dxa"/>
            </w:tcMar>
          </w:tcPr>
          <w:p>
            <w:pPr>
              <w:pStyle w:val="Normal"/>
              <w:widowControl/>
              <w:spacing w:lineRule="auto" w:line="240" w:before="0" w:after="120"/>
              <w:jc w:val="left"/>
              <w:rPr>
                <w:rFonts w:ascii="Times New Roman" w:hAnsi="Times New Roman" w:eastAsia="ＭＳ 明朝" w:cs=""/>
                <w:color w:val="auto"/>
                <w:kern w:val="0"/>
                <w:sz w:val="20"/>
                <w:szCs w:val="20"/>
                <w:lang w:val="en-US" w:eastAsia="en-US" w:bidi="ar-SA"/>
              </w:rPr>
            </w:pPr>
            <w:r>
              <w:rPr>
                <w:rFonts w:eastAsia="ＭＳ 明朝" w:cs="" w:ascii="Times New Roman" w:hAnsi="Times New Roman"/>
                <w:color w:val="auto"/>
                <w:kern w:val="0"/>
                <w:sz w:val="20"/>
                <w:szCs w:val="20"/>
                <w:lang w:val="en-US" w:eastAsia="en-US" w:bidi="ar-SA"/>
              </w:rPr>
            </w:r>
          </w:p>
        </w:tc>
        <w:tc>
          <w:tcPr>
            <w:tcW w:w="3120" w:type="dxa"/>
            <w:tcBorders/>
            <w:tcMar>
              <w:top w:w="140" w:type="dxa"/>
              <w:bottom w:w="140" w:type="dxa"/>
            </w:tcMar>
          </w:tcPr>
          <w:p>
            <w:pPr>
              <w:pStyle w:val="Normal"/>
              <w:widowControl/>
              <w:spacing w:lineRule="auto" w:line="240" w:before="0" w:after="120"/>
              <w:jc w:val="left"/>
              <w:rPr>
                <w:rFonts w:ascii="Times New Roman" w:hAnsi="Times New Roman" w:eastAsia="ＭＳ 明朝" w:cs=""/>
                <w:color w:val="auto"/>
                <w:kern w:val="0"/>
                <w:sz w:val="20"/>
                <w:szCs w:val="20"/>
                <w:lang w:val="en-US" w:eastAsia="en-US" w:bidi="ar-SA"/>
              </w:rPr>
            </w:pPr>
            <w:r>
              <w:rPr>
                <w:rFonts w:eastAsia="ＭＳ 明朝" w:cs="" w:ascii="Times New Roman" w:hAnsi="Times New Roman"/>
                <w:color w:val="auto"/>
                <w:kern w:val="0"/>
                <w:sz w:val="20"/>
                <w:szCs w:val="20"/>
                <w:lang w:val="en-US" w:eastAsia="en-US" w:bidi="ar-SA"/>
              </w:rPr>
            </w:r>
          </w:p>
        </w:tc>
        <w:tc>
          <w:tcPr>
            <w:tcW w:w="3120" w:type="dxa"/>
            <w:tcBorders/>
            <w:tcMar>
              <w:top w:w="140" w:type="dxa"/>
              <w:bottom w:w="140" w:type="dxa"/>
            </w:tcMar>
          </w:tcPr>
          <w:p>
            <w:pPr>
              <w:pStyle w:val="Normal"/>
              <w:widowControl/>
              <w:spacing w:lineRule="auto" w:line="240" w:before="0" w:after="120"/>
              <w:jc w:val="left"/>
              <w:rPr>
                <w:rFonts w:ascii="Times New Roman" w:hAnsi="Times New Roman" w:eastAsia="ＭＳ 明朝" w:cs=""/>
                <w:color w:val="auto"/>
                <w:kern w:val="0"/>
                <w:sz w:val="20"/>
                <w:szCs w:val="20"/>
                <w:lang w:val="en-US" w:eastAsia="en-US" w:bidi="ar-SA"/>
              </w:rPr>
            </w:pPr>
            <w:r>
              <w:rPr>
                <w:rFonts w:eastAsia="ＭＳ 明朝" w:cs="" w:ascii="Times New Roman" w:hAnsi="Times New Roman"/>
                <w:color w:val="auto"/>
                <w:kern w:val="0"/>
                <w:sz w:val="20"/>
                <w:szCs w:val="20"/>
                <w:lang w:val="en-US" w:eastAsia="en-US" w:bidi="ar-SA"/>
              </w:rPr>
            </w:r>
          </w:p>
        </w:tc>
      </w:tr>
      <w:tr>
        <w:trPr/>
        <w:tc>
          <w:tcPr>
            <w:tcW w:w="3120" w:type="dxa"/>
            <w:tcBorders/>
            <w:tcMar>
              <w:top w:w="140" w:type="dxa"/>
              <w:bottom w:w="140" w:type="dxa"/>
            </w:tcMar>
          </w:tcPr>
          <w:p>
            <w:pPr>
              <w:pStyle w:val="Normal"/>
              <w:widowControl/>
              <w:spacing w:lineRule="auto" w:line="240" w:before="0" w:after="120"/>
              <w:jc w:val="left"/>
              <w:rPr>
                <w:rFonts w:ascii="Times New Roman" w:hAnsi="Times New Roman" w:eastAsia="ＭＳ 明朝" w:cs=""/>
                <w:color w:val="auto"/>
                <w:kern w:val="0"/>
                <w:sz w:val="20"/>
                <w:szCs w:val="20"/>
                <w:lang w:val="en-US" w:eastAsia="en-US" w:bidi="ar-SA"/>
              </w:rPr>
            </w:pPr>
            <w:r>
              <w:rPr>
                <w:rFonts w:eastAsia="ＭＳ 明朝" w:cs="" w:ascii="Times New Roman" w:hAnsi="Times New Roman"/>
                <w:color w:val="auto"/>
                <w:kern w:val="0"/>
                <w:sz w:val="20"/>
                <w:szCs w:val="20"/>
                <w:lang w:val="en-US" w:eastAsia="en-US" w:bidi="ar-SA"/>
              </w:rPr>
            </w:r>
          </w:p>
        </w:tc>
        <w:tc>
          <w:tcPr>
            <w:tcW w:w="3120" w:type="dxa"/>
            <w:tcBorders/>
            <w:tcMar>
              <w:top w:w="140" w:type="dxa"/>
              <w:bottom w:w="140" w:type="dxa"/>
            </w:tcMar>
          </w:tcPr>
          <w:p>
            <w:pPr>
              <w:pStyle w:val="Normal"/>
              <w:widowControl/>
              <w:spacing w:lineRule="auto" w:line="240" w:before="0" w:after="120"/>
              <w:jc w:val="left"/>
              <w:rPr>
                <w:rFonts w:ascii="Times New Roman" w:hAnsi="Times New Roman" w:eastAsia="ＭＳ 明朝" w:cs=""/>
                <w:color w:val="auto"/>
                <w:kern w:val="0"/>
                <w:sz w:val="20"/>
                <w:szCs w:val="20"/>
                <w:lang w:val="en-US" w:eastAsia="en-US" w:bidi="ar-SA"/>
              </w:rPr>
            </w:pPr>
            <w:r>
              <w:rPr>
                <w:rFonts w:eastAsia="ＭＳ 明朝" w:cs="" w:ascii="Times New Roman" w:hAnsi="Times New Roman"/>
                <w:color w:val="auto"/>
                <w:kern w:val="0"/>
                <w:sz w:val="20"/>
                <w:szCs w:val="20"/>
                <w:lang w:val="en-US" w:eastAsia="en-US" w:bidi="ar-SA"/>
              </w:rPr>
            </w:r>
          </w:p>
        </w:tc>
        <w:tc>
          <w:tcPr>
            <w:tcW w:w="3120" w:type="dxa"/>
            <w:tcBorders/>
            <w:tcMar>
              <w:top w:w="140" w:type="dxa"/>
              <w:bottom w:w="140" w:type="dxa"/>
            </w:tcMar>
          </w:tcPr>
          <w:p>
            <w:pPr>
              <w:pStyle w:val="Normal"/>
              <w:widowControl/>
              <w:spacing w:lineRule="auto" w:line="240" w:before="0" w:after="120"/>
              <w:jc w:val="left"/>
              <w:rPr>
                <w:rFonts w:ascii="Times New Roman" w:hAnsi="Times New Roman" w:eastAsia="ＭＳ 明朝" w:cs=""/>
                <w:color w:val="auto"/>
                <w:kern w:val="0"/>
                <w:sz w:val="20"/>
                <w:szCs w:val="20"/>
                <w:lang w:val="en-US" w:eastAsia="en-US" w:bidi="ar-SA"/>
              </w:rPr>
            </w:pPr>
            <w:r>
              <w:rPr>
                <w:rFonts w:eastAsia="ＭＳ 明朝" w:cs="" w:ascii="Times New Roman" w:hAnsi="Times New Roman"/>
                <w:color w:val="auto"/>
                <w:kern w:val="0"/>
                <w:sz w:val="20"/>
                <w:szCs w:val="20"/>
                <w:lang w:val="en-US" w:eastAsia="en-US" w:bidi="ar-SA"/>
              </w:rPr>
            </w:r>
          </w:p>
        </w:tc>
      </w:tr>
    </w:tbl>
    <w:p>
      <w:pPr>
        <w:pStyle w:val="Heading1"/>
        <w:spacing w:lineRule="auto" w:line="240" w:before="0" w:after="160"/>
        <w:rPr>
          <w:rFonts w:ascii="Times New Roman" w:hAnsi="Times New Roman"/>
          <w:color w:val="auto"/>
          <w:sz w:val="20"/>
          <w:szCs w:val="20"/>
        </w:rPr>
      </w:pPr>
      <w:r>
        <w:rPr>
          <w:rFonts w:ascii="Times New Roman" w:hAnsi="Times New Roman"/>
          <w:color w:val="auto"/>
          <w:sz w:val="20"/>
          <w:szCs w:val="20"/>
        </w:rPr>
      </w:r>
    </w:p>
    <w:p>
      <w:pPr>
        <w:pStyle w:val="Heading1"/>
        <w:spacing w:lineRule="auto" w:line="240" w:before="0" w:after="160"/>
        <w:rPr>
          <w:rFonts w:ascii="Times New Roman" w:hAnsi="Times New Roman"/>
          <w:color w:val="auto"/>
          <w:sz w:val="20"/>
          <w:szCs w:val="20"/>
        </w:rPr>
      </w:pPr>
      <w:r>
        <w:rPr>
          <w:rFonts w:ascii="Times New Roman" w:hAnsi="Times New Roman"/>
          <w:color w:val="auto"/>
          <w:sz w:val="20"/>
          <w:szCs w:val="20"/>
        </w:rPr>
        <w:t>4. Fatos e controvérsia jurídica</w:t>
      </w:r>
    </w:p>
    <w:p>
      <w:pPr>
        <w:pStyle w:val="Normal"/>
        <w:keepNext w:val="true"/>
        <w:spacing w:lineRule="auto" w:line="240" w:before="120" w:after="60"/>
        <w:rPr>
          <w:rFonts w:ascii="Times New Roman" w:hAnsi="Times New Roman"/>
          <w:color w:val="auto"/>
          <w:sz w:val="20"/>
          <w:szCs w:val="20"/>
        </w:rPr>
      </w:pPr>
      <w:r>
        <w:rPr>
          <w:rFonts w:ascii="Times New Roman" w:hAnsi="Times New Roman"/>
          <w:b/>
          <w:color w:val="auto"/>
          <w:sz w:val="20"/>
          <w:szCs w:val="20"/>
        </w:rPr>
        <w:t>4.1 Quais fatos são juridicamente relevantes?</w:t>
      </w:r>
    </w:p>
    <w:p>
      <w:pPr>
        <w:pStyle w:val="Normal"/>
        <w:keepNext w:val="true"/>
        <w:spacing w:lineRule="auto" w:line="240" w:before="0" w:after="60"/>
        <w:rPr>
          <w:rFonts w:ascii="Times New Roman" w:hAnsi="Times New Roman"/>
          <w:color w:val="auto"/>
          <w:sz w:val="20"/>
          <w:szCs w:val="20"/>
        </w:rPr>
      </w:pPr>
      <w:r>
        <w:rPr>
          <w:rFonts w:ascii="Times New Roman" w:hAnsi="Times New Roman"/>
          <w:i/>
          <w:color w:val="auto"/>
          <w:sz w:val="20"/>
          <w:szCs w:val="20"/>
        </w:rPr>
        <w:t>Evite narrar detalhes que não interferem no enquadramento jurídico.</w:t>
      </w:r>
    </w:p>
    <w:tbl>
      <w:tblPr>
        <w:tblStyle w:val="TableGrid"/>
        <w:tblW w:w="9360" w:type="dxa"/>
        <w:jc w:val="left"/>
        <w:tblInd w:w="12" w:type="dxa"/>
        <w:tblLayout w:type="fixed"/>
        <w:tblCellMar>
          <w:top w:w="120" w:type="dxa"/>
          <w:left w:w="120" w:type="dxa"/>
          <w:bottom w:w="120" w:type="dxa"/>
          <w:right w:w="120" w:type="dxa"/>
        </w:tblCellMar>
        <w:tblLook w:firstRow="1" w:noVBand="1" w:lastRow="0" w:firstColumn="1" w:lastColumn="0" w:noHBand="0" w:val="04a0"/>
      </w:tblPr>
      <w:tblGrid>
        <w:gridCol w:w="9360"/>
      </w:tblGrid>
      <w:tr>
        <w:trPr/>
        <w:tc>
          <w:tcPr>
            <w:tcW w:w="9360" w:type="dxa"/>
            <w:tcBorders/>
          </w:tcPr>
          <w:p>
            <w:pPr>
              <w:pStyle w:val="Normal"/>
              <w:widowControl/>
              <w:spacing w:lineRule="auto" w:line="240" w:before="0" w:after="120"/>
              <w:jc w:val="left"/>
              <w:rPr>
                <w:rFonts w:ascii="Times New Roman" w:hAnsi="Times New Roman" w:eastAsia="ＭＳ 明朝" w:cs=""/>
                <w:color w:val="auto"/>
                <w:kern w:val="0"/>
                <w:sz w:val="20"/>
                <w:szCs w:val="20"/>
                <w:lang w:val="en-US" w:eastAsia="en-US" w:bidi="ar-SA"/>
              </w:rPr>
            </w:pPr>
            <w:r>
              <w:rPr>
                <w:rFonts w:eastAsia="ＭＳ 明朝" w:cs="" w:ascii="Times New Roman" w:hAnsi="Times New Roman"/>
                <w:color w:val="auto"/>
                <w:kern w:val="0"/>
                <w:sz w:val="20"/>
                <w:szCs w:val="20"/>
                <w:lang w:val="en-US" w:eastAsia="en-US" w:bidi="ar-SA"/>
              </w:rPr>
            </w:r>
          </w:p>
        </w:tc>
      </w:tr>
      <w:tr>
        <w:trPr/>
        <w:tc>
          <w:tcPr>
            <w:tcW w:w="9360" w:type="dxa"/>
            <w:tcBorders/>
          </w:tcPr>
          <w:p>
            <w:pPr>
              <w:pStyle w:val="Normal"/>
              <w:widowControl/>
              <w:spacing w:lineRule="auto" w:line="240" w:before="0" w:after="120"/>
              <w:jc w:val="left"/>
              <w:rPr>
                <w:rFonts w:ascii="Times New Roman" w:hAnsi="Times New Roman" w:eastAsia="ＭＳ 明朝" w:cs=""/>
                <w:color w:val="auto"/>
                <w:kern w:val="0"/>
                <w:sz w:val="20"/>
                <w:szCs w:val="20"/>
                <w:lang w:val="en-US" w:eastAsia="en-US" w:bidi="ar-SA"/>
              </w:rPr>
            </w:pPr>
            <w:r>
              <w:rPr>
                <w:rFonts w:eastAsia="ＭＳ 明朝" w:cs="" w:ascii="Times New Roman" w:hAnsi="Times New Roman"/>
                <w:color w:val="auto"/>
                <w:kern w:val="0"/>
                <w:sz w:val="20"/>
                <w:szCs w:val="20"/>
                <w:lang w:val="en-US" w:eastAsia="en-US" w:bidi="ar-SA"/>
              </w:rPr>
            </w:r>
          </w:p>
        </w:tc>
      </w:tr>
      <w:tr>
        <w:trPr/>
        <w:tc>
          <w:tcPr>
            <w:tcW w:w="9360" w:type="dxa"/>
            <w:tcBorders/>
          </w:tcPr>
          <w:p>
            <w:pPr>
              <w:pStyle w:val="Normal"/>
              <w:widowControl/>
              <w:spacing w:lineRule="auto" w:line="240" w:before="0" w:after="120"/>
              <w:jc w:val="left"/>
              <w:rPr>
                <w:rFonts w:ascii="Times New Roman" w:hAnsi="Times New Roman" w:eastAsia="ＭＳ 明朝" w:cs=""/>
                <w:color w:val="auto"/>
                <w:kern w:val="0"/>
                <w:sz w:val="20"/>
                <w:szCs w:val="20"/>
                <w:lang w:val="en-US" w:eastAsia="en-US" w:bidi="ar-SA"/>
              </w:rPr>
            </w:pPr>
            <w:r>
              <w:rPr>
                <w:rFonts w:eastAsia="ＭＳ 明朝" w:cs="" w:ascii="Times New Roman" w:hAnsi="Times New Roman"/>
                <w:color w:val="auto"/>
                <w:kern w:val="0"/>
                <w:sz w:val="20"/>
                <w:szCs w:val="20"/>
                <w:lang w:val="en-US" w:eastAsia="en-US" w:bidi="ar-SA"/>
              </w:rPr>
            </w:r>
          </w:p>
        </w:tc>
      </w:tr>
      <w:tr>
        <w:trPr/>
        <w:tc>
          <w:tcPr>
            <w:tcW w:w="9360" w:type="dxa"/>
            <w:tcBorders/>
          </w:tcPr>
          <w:p>
            <w:pPr>
              <w:pStyle w:val="Normal"/>
              <w:widowControl/>
              <w:spacing w:lineRule="auto" w:line="240" w:before="0" w:after="120"/>
              <w:jc w:val="left"/>
              <w:rPr>
                <w:rFonts w:ascii="Times New Roman" w:hAnsi="Times New Roman" w:eastAsia="ＭＳ 明朝" w:cs=""/>
                <w:color w:val="auto"/>
                <w:kern w:val="0"/>
                <w:sz w:val="20"/>
                <w:szCs w:val="20"/>
                <w:lang w:val="en-US" w:eastAsia="en-US" w:bidi="ar-SA"/>
              </w:rPr>
            </w:pPr>
            <w:r>
              <w:rPr>
                <w:rFonts w:eastAsia="ＭＳ 明朝" w:cs="" w:ascii="Times New Roman" w:hAnsi="Times New Roman"/>
                <w:color w:val="auto"/>
                <w:kern w:val="0"/>
                <w:sz w:val="20"/>
                <w:szCs w:val="20"/>
                <w:lang w:val="en-US" w:eastAsia="en-US" w:bidi="ar-SA"/>
              </w:rPr>
            </w:r>
          </w:p>
        </w:tc>
      </w:tr>
      <w:tr>
        <w:trPr/>
        <w:tc>
          <w:tcPr>
            <w:tcW w:w="9360" w:type="dxa"/>
            <w:tcBorders/>
          </w:tcPr>
          <w:p>
            <w:pPr>
              <w:pStyle w:val="Normal"/>
              <w:widowControl/>
              <w:spacing w:lineRule="auto" w:line="240" w:before="0" w:after="120"/>
              <w:jc w:val="left"/>
              <w:rPr>
                <w:rFonts w:ascii="Times New Roman" w:hAnsi="Times New Roman" w:eastAsia="ＭＳ 明朝" w:cs=""/>
                <w:color w:val="auto"/>
                <w:kern w:val="0"/>
                <w:sz w:val="20"/>
                <w:szCs w:val="20"/>
                <w:lang w:val="en-US" w:eastAsia="en-US" w:bidi="ar-SA"/>
              </w:rPr>
            </w:pPr>
            <w:r>
              <w:rPr>
                <w:rFonts w:eastAsia="ＭＳ 明朝" w:cs="" w:ascii="Times New Roman" w:hAnsi="Times New Roman"/>
                <w:color w:val="auto"/>
                <w:kern w:val="0"/>
                <w:sz w:val="20"/>
                <w:szCs w:val="20"/>
                <w:lang w:val="en-US" w:eastAsia="en-US" w:bidi="ar-SA"/>
              </w:rPr>
            </w:r>
          </w:p>
        </w:tc>
      </w:tr>
    </w:tbl>
    <w:p>
      <w:pPr>
        <w:pStyle w:val="Normal"/>
        <w:keepNext w:val="true"/>
        <w:spacing w:lineRule="auto" w:line="240" w:before="120" w:after="60"/>
        <w:rPr>
          <w:rFonts w:ascii="Times New Roman" w:hAnsi="Times New Roman"/>
          <w:color w:val="auto"/>
          <w:sz w:val="20"/>
          <w:szCs w:val="20"/>
        </w:rPr>
      </w:pPr>
      <w:r>
        <w:rPr>
          <w:rFonts w:ascii="Times New Roman" w:hAnsi="Times New Roman"/>
          <w:b/>
          <w:color w:val="auto"/>
          <w:sz w:val="20"/>
          <w:szCs w:val="20"/>
        </w:rPr>
        <w:t>4.2 Qual é o problema jurídico central?</w:t>
      </w:r>
    </w:p>
    <w:p>
      <w:pPr>
        <w:pStyle w:val="Normal"/>
        <w:keepNext w:val="true"/>
        <w:spacing w:lineRule="auto" w:line="240" w:before="0" w:after="60"/>
        <w:rPr>
          <w:rFonts w:ascii="Times New Roman" w:hAnsi="Times New Roman"/>
          <w:color w:val="auto"/>
          <w:sz w:val="20"/>
          <w:szCs w:val="20"/>
        </w:rPr>
      </w:pPr>
      <w:r>
        <w:rPr>
          <w:rFonts w:ascii="Times New Roman" w:hAnsi="Times New Roman"/>
          <w:i/>
          <w:color w:val="auto"/>
          <w:sz w:val="20"/>
          <w:szCs w:val="20"/>
        </w:rPr>
        <w:t>Formule preferencialmente como pergunta: “O Direito Internacional permite, proíbe ou exige...?”</w:t>
      </w:r>
    </w:p>
    <w:tbl>
      <w:tblPr>
        <w:tblStyle w:val="TableGrid"/>
        <w:tblW w:w="9360" w:type="dxa"/>
        <w:jc w:val="left"/>
        <w:tblInd w:w="12" w:type="dxa"/>
        <w:tblLayout w:type="fixed"/>
        <w:tblCellMar>
          <w:top w:w="120" w:type="dxa"/>
          <w:left w:w="120" w:type="dxa"/>
          <w:bottom w:w="120" w:type="dxa"/>
          <w:right w:w="120" w:type="dxa"/>
        </w:tblCellMar>
        <w:tblLook w:firstRow="1" w:noVBand="1" w:lastRow="0" w:firstColumn="1" w:lastColumn="0" w:noHBand="0" w:val="04a0"/>
      </w:tblPr>
      <w:tblGrid>
        <w:gridCol w:w="9360"/>
      </w:tblGrid>
      <w:tr>
        <w:trPr/>
        <w:tc>
          <w:tcPr>
            <w:tcW w:w="9360" w:type="dxa"/>
            <w:tcBorders/>
          </w:tcPr>
          <w:p>
            <w:pPr>
              <w:pStyle w:val="Normal"/>
              <w:widowControl/>
              <w:spacing w:lineRule="auto" w:line="240" w:before="0" w:after="120"/>
              <w:jc w:val="left"/>
              <w:rPr>
                <w:rFonts w:ascii="Times New Roman" w:hAnsi="Times New Roman" w:eastAsia="ＭＳ 明朝" w:cs=""/>
                <w:color w:val="auto"/>
                <w:kern w:val="0"/>
                <w:sz w:val="20"/>
                <w:szCs w:val="20"/>
                <w:lang w:val="en-US" w:eastAsia="en-US" w:bidi="ar-SA"/>
              </w:rPr>
            </w:pPr>
            <w:r>
              <w:rPr>
                <w:rFonts w:eastAsia="ＭＳ 明朝" w:cs="" w:ascii="Times New Roman" w:hAnsi="Times New Roman"/>
                <w:color w:val="auto"/>
                <w:kern w:val="0"/>
                <w:sz w:val="20"/>
                <w:szCs w:val="20"/>
                <w:lang w:val="en-US" w:eastAsia="en-US" w:bidi="ar-SA"/>
              </w:rPr>
            </w:r>
          </w:p>
        </w:tc>
      </w:tr>
      <w:tr>
        <w:trPr/>
        <w:tc>
          <w:tcPr>
            <w:tcW w:w="9360" w:type="dxa"/>
            <w:tcBorders/>
          </w:tcPr>
          <w:p>
            <w:pPr>
              <w:pStyle w:val="Normal"/>
              <w:widowControl/>
              <w:spacing w:lineRule="auto" w:line="240" w:before="0" w:after="120"/>
              <w:jc w:val="left"/>
              <w:rPr>
                <w:rFonts w:ascii="Times New Roman" w:hAnsi="Times New Roman" w:eastAsia="ＭＳ 明朝" w:cs=""/>
                <w:color w:val="auto"/>
                <w:kern w:val="0"/>
                <w:sz w:val="20"/>
                <w:szCs w:val="20"/>
                <w:lang w:val="en-US" w:eastAsia="en-US" w:bidi="ar-SA"/>
              </w:rPr>
            </w:pPr>
            <w:r>
              <w:rPr>
                <w:rFonts w:eastAsia="ＭＳ 明朝" w:cs="" w:ascii="Times New Roman" w:hAnsi="Times New Roman"/>
                <w:color w:val="auto"/>
                <w:kern w:val="0"/>
                <w:sz w:val="20"/>
                <w:szCs w:val="20"/>
                <w:lang w:val="en-US" w:eastAsia="en-US" w:bidi="ar-SA"/>
              </w:rPr>
            </w:r>
          </w:p>
        </w:tc>
      </w:tr>
      <w:tr>
        <w:trPr/>
        <w:tc>
          <w:tcPr>
            <w:tcW w:w="9360" w:type="dxa"/>
            <w:tcBorders/>
          </w:tcPr>
          <w:p>
            <w:pPr>
              <w:pStyle w:val="Normal"/>
              <w:widowControl/>
              <w:spacing w:lineRule="auto" w:line="240" w:before="0" w:after="120"/>
              <w:jc w:val="left"/>
              <w:rPr>
                <w:rFonts w:ascii="Times New Roman" w:hAnsi="Times New Roman" w:eastAsia="ＭＳ 明朝" w:cs=""/>
                <w:color w:val="auto"/>
                <w:kern w:val="0"/>
                <w:sz w:val="20"/>
                <w:szCs w:val="20"/>
                <w:lang w:val="en-US" w:eastAsia="en-US" w:bidi="ar-SA"/>
              </w:rPr>
            </w:pPr>
            <w:r>
              <w:rPr>
                <w:rFonts w:eastAsia="ＭＳ 明朝" w:cs="" w:ascii="Times New Roman" w:hAnsi="Times New Roman"/>
                <w:color w:val="auto"/>
                <w:kern w:val="0"/>
                <w:sz w:val="20"/>
                <w:szCs w:val="20"/>
                <w:lang w:val="en-US" w:eastAsia="en-US" w:bidi="ar-SA"/>
              </w:rPr>
            </w:r>
          </w:p>
        </w:tc>
      </w:tr>
    </w:tbl>
    <w:p>
      <w:pPr>
        <w:pStyle w:val="Normal"/>
        <w:keepNext w:val="true"/>
        <w:spacing w:lineRule="auto" w:line="240" w:before="120" w:after="60"/>
        <w:rPr>
          <w:rFonts w:ascii="Times New Roman" w:hAnsi="Times New Roman"/>
          <w:color w:val="auto"/>
          <w:sz w:val="20"/>
          <w:szCs w:val="20"/>
        </w:rPr>
      </w:pPr>
      <w:r>
        <w:rPr>
          <w:rFonts w:ascii="Times New Roman" w:hAnsi="Times New Roman"/>
          <w:b/>
          <w:color w:val="auto"/>
          <w:sz w:val="20"/>
          <w:szCs w:val="20"/>
        </w:rPr>
        <w:t>4.3 Quais eram as pretensões ou posições em conflito?</w:t>
      </w:r>
    </w:p>
    <w:p>
      <w:pPr>
        <w:pStyle w:val="Normal"/>
        <w:keepNext w:val="true"/>
        <w:spacing w:lineRule="auto" w:line="240" w:before="0" w:after="60"/>
        <w:rPr>
          <w:rFonts w:ascii="Times New Roman" w:hAnsi="Times New Roman"/>
          <w:color w:val="auto"/>
          <w:sz w:val="20"/>
          <w:szCs w:val="20"/>
        </w:rPr>
      </w:pPr>
      <w:r>
        <w:rPr>
          <w:rFonts w:ascii="Times New Roman" w:hAnsi="Times New Roman"/>
          <w:i/>
          <w:color w:val="auto"/>
          <w:sz w:val="20"/>
          <w:szCs w:val="20"/>
        </w:rPr>
        <w:t>Apresente separadamente os argumentos dos principais sujeitos ou interessados.</w:t>
      </w:r>
    </w:p>
    <w:tbl>
      <w:tblPr>
        <w:tblStyle w:val="TableGrid"/>
        <w:tblW w:w="9360" w:type="dxa"/>
        <w:jc w:val="left"/>
        <w:tblInd w:w="12" w:type="dxa"/>
        <w:tblLayout w:type="fixed"/>
        <w:tblCellMar>
          <w:top w:w="120" w:type="dxa"/>
          <w:left w:w="120" w:type="dxa"/>
          <w:bottom w:w="120" w:type="dxa"/>
          <w:right w:w="120" w:type="dxa"/>
        </w:tblCellMar>
        <w:tblLook w:firstRow="1" w:noVBand="1" w:lastRow="0" w:firstColumn="1" w:lastColumn="0" w:noHBand="0" w:val="04a0"/>
      </w:tblPr>
      <w:tblGrid>
        <w:gridCol w:w="9360"/>
      </w:tblGrid>
      <w:tr>
        <w:trPr/>
        <w:tc>
          <w:tcPr>
            <w:tcW w:w="9360" w:type="dxa"/>
            <w:tcBorders/>
          </w:tcPr>
          <w:p>
            <w:pPr>
              <w:pStyle w:val="Normal"/>
              <w:widowControl/>
              <w:spacing w:lineRule="auto" w:line="240" w:before="0" w:after="120"/>
              <w:jc w:val="left"/>
              <w:rPr>
                <w:rFonts w:ascii="Times New Roman" w:hAnsi="Times New Roman" w:eastAsia="ＭＳ 明朝" w:cs=""/>
                <w:color w:val="auto"/>
                <w:kern w:val="0"/>
                <w:sz w:val="20"/>
                <w:szCs w:val="20"/>
                <w:lang w:val="en-US" w:eastAsia="en-US" w:bidi="ar-SA"/>
              </w:rPr>
            </w:pPr>
            <w:r>
              <w:rPr>
                <w:rFonts w:eastAsia="ＭＳ 明朝" w:cs="" w:ascii="Times New Roman" w:hAnsi="Times New Roman"/>
                <w:color w:val="auto"/>
                <w:kern w:val="0"/>
                <w:sz w:val="20"/>
                <w:szCs w:val="20"/>
                <w:lang w:val="en-US" w:eastAsia="en-US" w:bidi="ar-SA"/>
              </w:rPr>
            </w:r>
          </w:p>
        </w:tc>
      </w:tr>
      <w:tr>
        <w:trPr/>
        <w:tc>
          <w:tcPr>
            <w:tcW w:w="9360" w:type="dxa"/>
            <w:tcBorders/>
          </w:tcPr>
          <w:p>
            <w:pPr>
              <w:pStyle w:val="Normal"/>
              <w:widowControl/>
              <w:spacing w:lineRule="auto" w:line="240" w:before="0" w:after="120"/>
              <w:jc w:val="left"/>
              <w:rPr>
                <w:rFonts w:ascii="Times New Roman" w:hAnsi="Times New Roman" w:eastAsia="ＭＳ 明朝" w:cs=""/>
                <w:color w:val="auto"/>
                <w:kern w:val="0"/>
                <w:sz w:val="20"/>
                <w:szCs w:val="20"/>
                <w:lang w:val="en-US" w:eastAsia="en-US" w:bidi="ar-SA"/>
              </w:rPr>
            </w:pPr>
            <w:r>
              <w:rPr>
                <w:rFonts w:eastAsia="ＭＳ 明朝" w:cs="" w:ascii="Times New Roman" w:hAnsi="Times New Roman"/>
                <w:color w:val="auto"/>
                <w:kern w:val="0"/>
                <w:sz w:val="20"/>
                <w:szCs w:val="20"/>
                <w:lang w:val="en-US" w:eastAsia="en-US" w:bidi="ar-SA"/>
              </w:rPr>
            </w:r>
          </w:p>
        </w:tc>
      </w:tr>
      <w:tr>
        <w:trPr/>
        <w:tc>
          <w:tcPr>
            <w:tcW w:w="9360" w:type="dxa"/>
            <w:tcBorders/>
          </w:tcPr>
          <w:p>
            <w:pPr>
              <w:pStyle w:val="Normal"/>
              <w:widowControl/>
              <w:spacing w:lineRule="auto" w:line="240" w:before="0" w:after="120"/>
              <w:jc w:val="left"/>
              <w:rPr>
                <w:rFonts w:ascii="Times New Roman" w:hAnsi="Times New Roman" w:eastAsia="ＭＳ 明朝" w:cs=""/>
                <w:color w:val="auto"/>
                <w:kern w:val="0"/>
                <w:sz w:val="20"/>
                <w:szCs w:val="20"/>
                <w:lang w:val="en-US" w:eastAsia="en-US" w:bidi="ar-SA"/>
              </w:rPr>
            </w:pPr>
            <w:r>
              <w:rPr>
                <w:rFonts w:eastAsia="ＭＳ 明朝" w:cs="" w:ascii="Times New Roman" w:hAnsi="Times New Roman"/>
                <w:color w:val="auto"/>
                <w:kern w:val="0"/>
                <w:sz w:val="20"/>
                <w:szCs w:val="20"/>
                <w:lang w:val="en-US" w:eastAsia="en-US" w:bidi="ar-SA"/>
              </w:rPr>
            </w:r>
          </w:p>
        </w:tc>
      </w:tr>
      <w:tr>
        <w:trPr/>
        <w:tc>
          <w:tcPr>
            <w:tcW w:w="9360" w:type="dxa"/>
            <w:tcBorders/>
          </w:tcPr>
          <w:p>
            <w:pPr>
              <w:pStyle w:val="Normal"/>
              <w:widowControl/>
              <w:spacing w:lineRule="auto" w:line="240" w:before="0" w:after="120"/>
              <w:jc w:val="left"/>
              <w:rPr>
                <w:rFonts w:ascii="Times New Roman" w:hAnsi="Times New Roman" w:eastAsia="ＭＳ 明朝" w:cs=""/>
                <w:color w:val="auto"/>
                <w:kern w:val="0"/>
                <w:sz w:val="20"/>
                <w:szCs w:val="20"/>
                <w:lang w:val="en-US" w:eastAsia="en-US" w:bidi="ar-SA"/>
              </w:rPr>
            </w:pPr>
            <w:r>
              <w:rPr>
                <w:rFonts w:eastAsia="ＭＳ 明朝" w:cs="" w:ascii="Times New Roman" w:hAnsi="Times New Roman"/>
                <w:color w:val="auto"/>
                <w:kern w:val="0"/>
                <w:sz w:val="20"/>
                <w:szCs w:val="20"/>
                <w:lang w:val="en-US" w:eastAsia="en-US" w:bidi="ar-SA"/>
              </w:rPr>
            </w:r>
          </w:p>
        </w:tc>
      </w:tr>
    </w:tbl>
    <w:p>
      <w:pPr>
        <w:pStyle w:val="Heading1"/>
        <w:spacing w:lineRule="auto" w:line="240"/>
        <w:rPr>
          <w:rFonts w:ascii="Times New Roman" w:hAnsi="Times New Roman"/>
          <w:color w:val="auto"/>
          <w:sz w:val="20"/>
          <w:szCs w:val="20"/>
        </w:rPr>
      </w:pPr>
      <w:r>
        <w:rPr>
          <w:rFonts w:ascii="Times New Roman" w:hAnsi="Times New Roman"/>
          <w:color w:val="auto"/>
          <w:sz w:val="20"/>
          <w:szCs w:val="20"/>
        </w:rPr>
        <w:t>5. Sujeitos e atores internacionais</w:t>
      </w:r>
    </w:p>
    <w:tbl>
      <w:tblPr>
        <w:tblStyle w:val="TableGrid"/>
        <w:tblW w:w="9360" w:type="dxa"/>
        <w:jc w:val="left"/>
        <w:tblInd w:w="12" w:type="dxa"/>
        <w:tblLayout w:type="fixed"/>
        <w:tblCellMar>
          <w:top w:w="90" w:type="dxa"/>
          <w:left w:w="120" w:type="dxa"/>
          <w:bottom w:w="90" w:type="dxa"/>
          <w:right w:w="120" w:type="dxa"/>
        </w:tblCellMar>
        <w:tblLook w:firstRow="1" w:noVBand="1" w:lastRow="0" w:firstColumn="1" w:lastColumn="0" w:noHBand="0" w:val="04a0"/>
      </w:tblPr>
      <w:tblGrid>
        <w:gridCol w:w="2340"/>
        <w:gridCol w:w="2340"/>
        <w:gridCol w:w="2340"/>
        <w:gridCol w:w="2339"/>
      </w:tblGrid>
      <w:tr>
        <w:trPr>
          <w:tblHeader w:val="true"/>
        </w:trPr>
        <w:tc>
          <w:tcPr>
            <w:tcW w:w="2340" w:type="dxa"/>
            <w:tcBorders/>
            <w:shd w:fill="17365D"/>
          </w:tcPr>
          <w:p>
            <w:pPr>
              <w:pStyle w:val="Normal"/>
              <w:widowControl/>
              <w:spacing w:lineRule="auto" w:line="240" w:before="0" w:after="120"/>
              <w:jc w:val="left"/>
              <w:rPr>
                <w:rFonts w:ascii="Times New Roman" w:hAnsi="Times New Roman" w:eastAsia="ＭＳ 明朝" w:cs=""/>
                <w:color w:val="auto"/>
                <w:kern w:val="0"/>
                <w:sz w:val="20"/>
                <w:szCs w:val="20"/>
                <w:lang w:val="en-US" w:eastAsia="en-US" w:bidi="ar-SA"/>
              </w:rPr>
            </w:pPr>
            <w:r>
              <w:rPr>
                <w:rFonts w:eastAsia="ＭＳ 明朝" w:cs="" w:ascii="Times New Roman" w:hAnsi="Times New Roman"/>
                <w:b/>
                <w:color w:val="auto"/>
                <w:kern w:val="0"/>
                <w:sz w:val="20"/>
                <w:szCs w:val="20"/>
                <w:lang w:val="en-US" w:eastAsia="en-US" w:bidi="ar-SA"/>
              </w:rPr>
              <w:t>Sujeito ou ator</w:t>
            </w:r>
          </w:p>
        </w:tc>
        <w:tc>
          <w:tcPr>
            <w:tcW w:w="2340" w:type="dxa"/>
            <w:tcBorders/>
            <w:shd w:fill="17365D"/>
          </w:tcPr>
          <w:p>
            <w:pPr>
              <w:pStyle w:val="Normal"/>
              <w:widowControl/>
              <w:spacing w:lineRule="auto" w:line="240" w:before="0" w:after="120"/>
              <w:jc w:val="left"/>
              <w:rPr>
                <w:rFonts w:ascii="Times New Roman" w:hAnsi="Times New Roman" w:eastAsia="ＭＳ 明朝" w:cs=""/>
                <w:color w:val="auto"/>
                <w:kern w:val="0"/>
                <w:sz w:val="20"/>
                <w:szCs w:val="20"/>
                <w:lang w:val="en-US" w:eastAsia="en-US" w:bidi="ar-SA"/>
              </w:rPr>
            </w:pPr>
            <w:r>
              <w:rPr>
                <w:rFonts w:eastAsia="ＭＳ 明朝" w:cs="" w:ascii="Times New Roman" w:hAnsi="Times New Roman"/>
                <w:b/>
                <w:color w:val="auto"/>
                <w:kern w:val="0"/>
                <w:sz w:val="20"/>
                <w:szCs w:val="20"/>
                <w:lang w:val="en-US" w:eastAsia="en-US" w:bidi="ar-SA"/>
              </w:rPr>
              <w:t>Categoria</w:t>
            </w:r>
          </w:p>
        </w:tc>
        <w:tc>
          <w:tcPr>
            <w:tcW w:w="2340" w:type="dxa"/>
            <w:tcBorders/>
            <w:shd w:fill="17365D"/>
          </w:tcPr>
          <w:p>
            <w:pPr>
              <w:pStyle w:val="Normal"/>
              <w:widowControl/>
              <w:spacing w:lineRule="auto" w:line="240" w:before="0" w:after="120"/>
              <w:jc w:val="left"/>
              <w:rPr>
                <w:rFonts w:ascii="Times New Roman" w:hAnsi="Times New Roman" w:eastAsia="ＭＳ 明朝" w:cs=""/>
                <w:color w:val="auto"/>
                <w:kern w:val="0"/>
                <w:sz w:val="20"/>
                <w:szCs w:val="20"/>
                <w:lang w:val="en-US" w:eastAsia="en-US" w:bidi="ar-SA"/>
              </w:rPr>
            </w:pPr>
            <w:r>
              <w:rPr>
                <w:rFonts w:eastAsia="ＭＳ 明朝" w:cs="" w:ascii="Times New Roman" w:hAnsi="Times New Roman"/>
                <w:b/>
                <w:color w:val="auto"/>
                <w:kern w:val="0"/>
                <w:sz w:val="20"/>
                <w:szCs w:val="20"/>
                <w:lang w:val="en-US" w:eastAsia="en-US" w:bidi="ar-SA"/>
              </w:rPr>
              <w:t>Capacidade exercida</w:t>
            </w:r>
          </w:p>
        </w:tc>
        <w:tc>
          <w:tcPr>
            <w:tcW w:w="2339" w:type="dxa"/>
            <w:tcBorders/>
            <w:shd w:fill="17365D"/>
          </w:tcPr>
          <w:p>
            <w:pPr>
              <w:pStyle w:val="Normal"/>
              <w:widowControl/>
              <w:spacing w:lineRule="auto" w:line="240" w:before="0" w:after="120"/>
              <w:jc w:val="left"/>
              <w:rPr>
                <w:rFonts w:ascii="Times New Roman" w:hAnsi="Times New Roman" w:eastAsia="ＭＳ 明朝" w:cs=""/>
                <w:color w:val="auto"/>
                <w:kern w:val="0"/>
                <w:sz w:val="20"/>
                <w:szCs w:val="20"/>
                <w:lang w:val="en-US" w:eastAsia="en-US" w:bidi="ar-SA"/>
              </w:rPr>
            </w:pPr>
            <w:r>
              <w:rPr>
                <w:rFonts w:eastAsia="ＭＳ 明朝" w:cs="" w:ascii="Times New Roman" w:hAnsi="Times New Roman"/>
                <w:b/>
                <w:color w:val="auto"/>
                <w:kern w:val="0"/>
                <w:sz w:val="20"/>
                <w:szCs w:val="20"/>
                <w:lang w:val="en-US" w:eastAsia="en-US" w:bidi="ar-SA"/>
              </w:rPr>
              <w:t>Direitos / deveres relevantes</w:t>
            </w:r>
          </w:p>
        </w:tc>
      </w:tr>
      <w:tr>
        <w:trPr/>
        <w:tc>
          <w:tcPr>
            <w:tcW w:w="2340" w:type="dxa"/>
            <w:tcBorders/>
            <w:tcMar>
              <w:top w:w="150" w:type="dxa"/>
              <w:left w:w="100" w:type="dxa"/>
              <w:bottom w:w="150" w:type="dxa"/>
              <w:right w:w="100" w:type="dxa"/>
            </w:tcMar>
          </w:tcPr>
          <w:p>
            <w:pPr>
              <w:pStyle w:val="Normal"/>
              <w:widowControl/>
              <w:spacing w:lineRule="auto" w:line="240" w:before="0" w:after="120"/>
              <w:jc w:val="left"/>
              <w:rPr>
                <w:rFonts w:ascii="Times New Roman" w:hAnsi="Times New Roman" w:eastAsia="ＭＳ 明朝" w:cs=""/>
                <w:color w:val="auto"/>
                <w:kern w:val="0"/>
                <w:sz w:val="20"/>
                <w:szCs w:val="20"/>
                <w:lang w:val="en-US" w:eastAsia="en-US" w:bidi="ar-SA"/>
              </w:rPr>
            </w:pPr>
            <w:r>
              <w:rPr>
                <w:rFonts w:eastAsia="ＭＳ 明朝" w:cs="" w:ascii="Times New Roman" w:hAnsi="Times New Roman"/>
                <w:color w:val="auto"/>
                <w:kern w:val="0"/>
                <w:sz w:val="20"/>
                <w:szCs w:val="20"/>
                <w:lang w:val="en-US" w:eastAsia="en-US" w:bidi="ar-SA"/>
              </w:rPr>
            </w:r>
          </w:p>
        </w:tc>
        <w:tc>
          <w:tcPr>
            <w:tcW w:w="2340" w:type="dxa"/>
            <w:tcBorders/>
            <w:tcMar>
              <w:top w:w="150" w:type="dxa"/>
              <w:left w:w="100" w:type="dxa"/>
              <w:bottom w:w="150" w:type="dxa"/>
              <w:right w:w="100" w:type="dxa"/>
            </w:tcMar>
          </w:tcPr>
          <w:p>
            <w:pPr>
              <w:pStyle w:val="Normal"/>
              <w:widowControl/>
              <w:spacing w:lineRule="auto" w:line="240" w:before="0" w:after="120"/>
              <w:jc w:val="left"/>
              <w:rPr>
                <w:rFonts w:ascii="Times New Roman" w:hAnsi="Times New Roman" w:eastAsia="ＭＳ 明朝" w:cs=""/>
                <w:color w:val="auto"/>
                <w:kern w:val="0"/>
                <w:sz w:val="20"/>
                <w:szCs w:val="20"/>
                <w:lang w:val="en-US" w:eastAsia="en-US" w:bidi="ar-SA"/>
              </w:rPr>
            </w:pPr>
            <w:r>
              <w:rPr>
                <w:rFonts w:eastAsia="ＭＳ 明朝" w:cs="" w:ascii="Times New Roman" w:hAnsi="Times New Roman"/>
                <w:color w:val="auto"/>
                <w:kern w:val="0"/>
                <w:sz w:val="20"/>
                <w:szCs w:val="20"/>
                <w:lang w:val="en-US" w:eastAsia="en-US" w:bidi="ar-SA"/>
              </w:rPr>
            </w:r>
          </w:p>
        </w:tc>
        <w:tc>
          <w:tcPr>
            <w:tcW w:w="2340" w:type="dxa"/>
            <w:tcBorders/>
            <w:tcMar>
              <w:top w:w="150" w:type="dxa"/>
              <w:left w:w="100" w:type="dxa"/>
              <w:bottom w:w="150" w:type="dxa"/>
              <w:right w:w="100" w:type="dxa"/>
            </w:tcMar>
          </w:tcPr>
          <w:p>
            <w:pPr>
              <w:pStyle w:val="Normal"/>
              <w:widowControl/>
              <w:spacing w:lineRule="auto" w:line="240" w:before="0" w:after="120"/>
              <w:jc w:val="left"/>
              <w:rPr>
                <w:rFonts w:ascii="Times New Roman" w:hAnsi="Times New Roman" w:eastAsia="ＭＳ 明朝" w:cs=""/>
                <w:color w:val="auto"/>
                <w:kern w:val="0"/>
                <w:sz w:val="20"/>
                <w:szCs w:val="20"/>
                <w:lang w:val="en-US" w:eastAsia="en-US" w:bidi="ar-SA"/>
              </w:rPr>
            </w:pPr>
            <w:r>
              <w:rPr>
                <w:rFonts w:eastAsia="ＭＳ 明朝" w:cs="" w:ascii="Times New Roman" w:hAnsi="Times New Roman"/>
                <w:color w:val="auto"/>
                <w:kern w:val="0"/>
                <w:sz w:val="20"/>
                <w:szCs w:val="20"/>
                <w:lang w:val="en-US" w:eastAsia="en-US" w:bidi="ar-SA"/>
              </w:rPr>
            </w:r>
          </w:p>
        </w:tc>
        <w:tc>
          <w:tcPr>
            <w:tcW w:w="2339" w:type="dxa"/>
            <w:tcBorders/>
            <w:tcMar>
              <w:top w:w="150" w:type="dxa"/>
              <w:left w:w="100" w:type="dxa"/>
              <w:bottom w:w="150" w:type="dxa"/>
              <w:right w:w="100" w:type="dxa"/>
            </w:tcMar>
          </w:tcPr>
          <w:p>
            <w:pPr>
              <w:pStyle w:val="Normal"/>
              <w:widowControl/>
              <w:spacing w:lineRule="auto" w:line="240" w:before="0" w:after="120"/>
              <w:jc w:val="left"/>
              <w:rPr>
                <w:rFonts w:ascii="Times New Roman" w:hAnsi="Times New Roman" w:eastAsia="ＭＳ 明朝" w:cs=""/>
                <w:color w:val="auto"/>
                <w:kern w:val="0"/>
                <w:sz w:val="20"/>
                <w:szCs w:val="20"/>
                <w:lang w:val="en-US" w:eastAsia="en-US" w:bidi="ar-SA"/>
              </w:rPr>
            </w:pPr>
            <w:r>
              <w:rPr>
                <w:rFonts w:eastAsia="ＭＳ 明朝" w:cs="" w:ascii="Times New Roman" w:hAnsi="Times New Roman"/>
                <w:color w:val="auto"/>
                <w:kern w:val="0"/>
                <w:sz w:val="20"/>
                <w:szCs w:val="20"/>
                <w:lang w:val="en-US" w:eastAsia="en-US" w:bidi="ar-SA"/>
              </w:rPr>
            </w:r>
          </w:p>
        </w:tc>
      </w:tr>
      <w:tr>
        <w:trPr/>
        <w:tc>
          <w:tcPr>
            <w:tcW w:w="2340" w:type="dxa"/>
            <w:tcBorders/>
            <w:tcMar>
              <w:top w:w="150" w:type="dxa"/>
              <w:left w:w="100" w:type="dxa"/>
              <w:bottom w:w="150" w:type="dxa"/>
              <w:right w:w="100" w:type="dxa"/>
            </w:tcMar>
          </w:tcPr>
          <w:p>
            <w:pPr>
              <w:pStyle w:val="Normal"/>
              <w:widowControl/>
              <w:spacing w:lineRule="auto" w:line="240" w:before="0" w:after="120"/>
              <w:jc w:val="left"/>
              <w:rPr>
                <w:rFonts w:ascii="Times New Roman" w:hAnsi="Times New Roman" w:eastAsia="ＭＳ 明朝" w:cs=""/>
                <w:color w:val="auto"/>
                <w:kern w:val="0"/>
                <w:sz w:val="20"/>
                <w:szCs w:val="20"/>
                <w:lang w:val="en-US" w:eastAsia="en-US" w:bidi="ar-SA"/>
              </w:rPr>
            </w:pPr>
            <w:r>
              <w:rPr>
                <w:rFonts w:eastAsia="ＭＳ 明朝" w:cs="" w:ascii="Times New Roman" w:hAnsi="Times New Roman"/>
                <w:color w:val="auto"/>
                <w:kern w:val="0"/>
                <w:sz w:val="20"/>
                <w:szCs w:val="20"/>
                <w:lang w:val="en-US" w:eastAsia="en-US" w:bidi="ar-SA"/>
              </w:rPr>
            </w:r>
          </w:p>
        </w:tc>
        <w:tc>
          <w:tcPr>
            <w:tcW w:w="2340" w:type="dxa"/>
            <w:tcBorders/>
            <w:tcMar>
              <w:top w:w="150" w:type="dxa"/>
              <w:left w:w="100" w:type="dxa"/>
              <w:bottom w:w="150" w:type="dxa"/>
              <w:right w:w="100" w:type="dxa"/>
            </w:tcMar>
          </w:tcPr>
          <w:p>
            <w:pPr>
              <w:pStyle w:val="Normal"/>
              <w:widowControl/>
              <w:spacing w:lineRule="auto" w:line="240" w:before="0" w:after="120"/>
              <w:jc w:val="left"/>
              <w:rPr>
                <w:rFonts w:ascii="Times New Roman" w:hAnsi="Times New Roman" w:eastAsia="ＭＳ 明朝" w:cs=""/>
                <w:color w:val="auto"/>
                <w:kern w:val="0"/>
                <w:sz w:val="20"/>
                <w:szCs w:val="20"/>
                <w:lang w:val="en-US" w:eastAsia="en-US" w:bidi="ar-SA"/>
              </w:rPr>
            </w:pPr>
            <w:r>
              <w:rPr>
                <w:rFonts w:eastAsia="ＭＳ 明朝" w:cs="" w:ascii="Times New Roman" w:hAnsi="Times New Roman"/>
                <w:color w:val="auto"/>
                <w:kern w:val="0"/>
                <w:sz w:val="20"/>
                <w:szCs w:val="20"/>
                <w:lang w:val="en-US" w:eastAsia="en-US" w:bidi="ar-SA"/>
              </w:rPr>
            </w:r>
          </w:p>
        </w:tc>
        <w:tc>
          <w:tcPr>
            <w:tcW w:w="2340" w:type="dxa"/>
            <w:tcBorders/>
            <w:tcMar>
              <w:top w:w="150" w:type="dxa"/>
              <w:left w:w="100" w:type="dxa"/>
              <w:bottom w:w="150" w:type="dxa"/>
              <w:right w:w="100" w:type="dxa"/>
            </w:tcMar>
          </w:tcPr>
          <w:p>
            <w:pPr>
              <w:pStyle w:val="Normal"/>
              <w:widowControl/>
              <w:spacing w:lineRule="auto" w:line="240" w:before="0" w:after="120"/>
              <w:jc w:val="left"/>
              <w:rPr>
                <w:rFonts w:ascii="Times New Roman" w:hAnsi="Times New Roman" w:eastAsia="ＭＳ 明朝" w:cs=""/>
                <w:color w:val="auto"/>
                <w:kern w:val="0"/>
                <w:sz w:val="20"/>
                <w:szCs w:val="20"/>
                <w:lang w:val="en-US" w:eastAsia="en-US" w:bidi="ar-SA"/>
              </w:rPr>
            </w:pPr>
            <w:r>
              <w:rPr>
                <w:rFonts w:eastAsia="ＭＳ 明朝" w:cs="" w:ascii="Times New Roman" w:hAnsi="Times New Roman"/>
                <w:color w:val="auto"/>
                <w:kern w:val="0"/>
                <w:sz w:val="20"/>
                <w:szCs w:val="20"/>
                <w:lang w:val="en-US" w:eastAsia="en-US" w:bidi="ar-SA"/>
              </w:rPr>
            </w:r>
          </w:p>
        </w:tc>
        <w:tc>
          <w:tcPr>
            <w:tcW w:w="2339" w:type="dxa"/>
            <w:tcBorders/>
            <w:tcMar>
              <w:top w:w="150" w:type="dxa"/>
              <w:left w:w="100" w:type="dxa"/>
              <w:bottom w:w="150" w:type="dxa"/>
              <w:right w:w="100" w:type="dxa"/>
            </w:tcMar>
          </w:tcPr>
          <w:p>
            <w:pPr>
              <w:pStyle w:val="Normal"/>
              <w:widowControl/>
              <w:spacing w:lineRule="auto" w:line="240" w:before="0" w:after="120"/>
              <w:jc w:val="left"/>
              <w:rPr>
                <w:rFonts w:ascii="Times New Roman" w:hAnsi="Times New Roman" w:eastAsia="ＭＳ 明朝" w:cs=""/>
                <w:color w:val="auto"/>
                <w:kern w:val="0"/>
                <w:sz w:val="20"/>
                <w:szCs w:val="20"/>
                <w:lang w:val="en-US" w:eastAsia="en-US" w:bidi="ar-SA"/>
              </w:rPr>
            </w:pPr>
            <w:r>
              <w:rPr>
                <w:rFonts w:eastAsia="ＭＳ 明朝" w:cs="" w:ascii="Times New Roman" w:hAnsi="Times New Roman"/>
                <w:color w:val="auto"/>
                <w:kern w:val="0"/>
                <w:sz w:val="20"/>
                <w:szCs w:val="20"/>
                <w:lang w:val="en-US" w:eastAsia="en-US" w:bidi="ar-SA"/>
              </w:rPr>
            </w:r>
          </w:p>
        </w:tc>
      </w:tr>
      <w:tr>
        <w:trPr/>
        <w:tc>
          <w:tcPr>
            <w:tcW w:w="2340" w:type="dxa"/>
            <w:tcBorders/>
            <w:tcMar>
              <w:top w:w="150" w:type="dxa"/>
              <w:left w:w="100" w:type="dxa"/>
              <w:bottom w:w="150" w:type="dxa"/>
              <w:right w:w="100" w:type="dxa"/>
            </w:tcMar>
          </w:tcPr>
          <w:p>
            <w:pPr>
              <w:pStyle w:val="Normal"/>
              <w:widowControl/>
              <w:spacing w:lineRule="auto" w:line="240" w:before="0" w:after="120"/>
              <w:jc w:val="left"/>
              <w:rPr>
                <w:rFonts w:ascii="Times New Roman" w:hAnsi="Times New Roman" w:eastAsia="ＭＳ 明朝" w:cs=""/>
                <w:color w:val="auto"/>
                <w:kern w:val="0"/>
                <w:sz w:val="20"/>
                <w:szCs w:val="20"/>
                <w:lang w:val="en-US" w:eastAsia="en-US" w:bidi="ar-SA"/>
              </w:rPr>
            </w:pPr>
            <w:r>
              <w:rPr>
                <w:rFonts w:eastAsia="ＭＳ 明朝" w:cs="" w:ascii="Times New Roman" w:hAnsi="Times New Roman"/>
                <w:color w:val="auto"/>
                <w:kern w:val="0"/>
                <w:sz w:val="20"/>
                <w:szCs w:val="20"/>
                <w:lang w:val="en-US" w:eastAsia="en-US" w:bidi="ar-SA"/>
              </w:rPr>
            </w:r>
          </w:p>
        </w:tc>
        <w:tc>
          <w:tcPr>
            <w:tcW w:w="2340" w:type="dxa"/>
            <w:tcBorders/>
            <w:tcMar>
              <w:top w:w="150" w:type="dxa"/>
              <w:left w:w="100" w:type="dxa"/>
              <w:bottom w:w="150" w:type="dxa"/>
              <w:right w:w="100" w:type="dxa"/>
            </w:tcMar>
          </w:tcPr>
          <w:p>
            <w:pPr>
              <w:pStyle w:val="Normal"/>
              <w:widowControl/>
              <w:spacing w:lineRule="auto" w:line="240" w:before="0" w:after="120"/>
              <w:jc w:val="left"/>
              <w:rPr>
                <w:rFonts w:ascii="Times New Roman" w:hAnsi="Times New Roman" w:eastAsia="ＭＳ 明朝" w:cs=""/>
                <w:color w:val="auto"/>
                <w:kern w:val="0"/>
                <w:sz w:val="20"/>
                <w:szCs w:val="20"/>
                <w:lang w:val="en-US" w:eastAsia="en-US" w:bidi="ar-SA"/>
              </w:rPr>
            </w:pPr>
            <w:r>
              <w:rPr>
                <w:rFonts w:eastAsia="ＭＳ 明朝" w:cs="" w:ascii="Times New Roman" w:hAnsi="Times New Roman"/>
                <w:color w:val="auto"/>
                <w:kern w:val="0"/>
                <w:sz w:val="20"/>
                <w:szCs w:val="20"/>
                <w:lang w:val="en-US" w:eastAsia="en-US" w:bidi="ar-SA"/>
              </w:rPr>
            </w:r>
          </w:p>
        </w:tc>
        <w:tc>
          <w:tcPr>
            <w:tcW w:w="2340" w:type="dxa"/>
            <w:tcBorders/>
            <w:tcMar>
              <w:top w:w="150" w:type="dxa"/>
              <w:left w:w="100" w:type="dxa"/>
              <w:bottom w:w="150" w:type="dxa"/>
              <w:right w:w="100" w:type="dxa"/>
            </w:tcMar>
          </w:tcPr>
          <w:p>
            <w:pPr>
              <w:pStyle w:val="Normal"/>
              <w:widowControl/>
              <w:spacing w:lineRule="auto" w:line="240" w:before="0" w:after="120"/>
              <w:jc w:val="left"/>
              <w:rPr>
                <w:rFonts w:ascii="Times New Roman" w:hAnsi="Times New Roman" w:eastAsia="ＭＳ 明朝" w:cs=""/>
                <w:color w:val="auto"/>
                <w:kern w:val="0"/>
                <w:sz w:val="20"/>
                <w:szCs w:val="20"/>
                <w:lang w:val="en-US" w:eastAsia="en-US" w:bidi="ar-SA"/>
              </w:rPr>
            </w:pPr>
            <w:r>
              <w:rPr>
                <w:rFonts w:eastAsia="ＭＳ 明朝" w:cs="" w:ascii="Times New Roman" w:hAnsi="Times New Roman"/>
                <w:color w:val="auto"/>
                <w:kern w:val="0"/>
                <w:sz w:val="20"/>
                <w:szCs w:val="20"/>
                <w:lang w:val="en-US" w:eastAsia="en-US" w:bidi="ar-SA"/>
              </w:rPr>
            </w:r>
          </w:p>
        </w:tc>
        <w:tc>
          <w:tcPr>
            <w:tcW w:w="2339" w:type="dxa"/>
            <w:tcBorders/>
            <w:tcMar>
              <w:top w:w="150" w:type="dxa"/>
              <w:left w:w="100" w:type="dxa"/>
              <w:bottom w:w="150" w:type="dxa"/>
              <w:right w:w="100" w:type="dxa"/>
            </w:tcMar>
          </w:tcPr>
          <w:p>
            <w:pPr>
              <w:pStyle w:val="Normal"/>
              <w:widowControl/>
              <w:spacing w:lineRule="auto" w:line="240" w:before="0" w:after="120"/>
              <w:jc w:val="left"/>
              <w:rPr>
                <w:rFonts w:ascii="Times New Roman" w:hAnsi="Times New Roman" w:eastAsia="ＭＳ 明朝" w:cs=""/>
                <w:color w:val="auto"/>
                <w:kern w:val="0"/>
                <w:sz w:val="20"/>
                <w:szCs w:val="20"/>
                <w:lang w:val="en-US" w:eastAsia="en-US" w:bidi="ar-SA"/>
              </w:rPr>
            </w:pPr>
            <w:r>
              <w:rPr>
                <w:rFonts w:eastAsia="ＭＳ 明朝" w:cs="" w:ascii="Times New Roman" w:hAnsi="Times New Roman"/>
                <w:color w:val="auto"/>
                <w:kern w:val="0"/>
                <w:sz w:val="20"/>
                <w:szCs w:val="20"/>
                <w:lang w:val="en-US" w:eastAsia="en-US" w:bidi="ar-SA"/>
              </w:rPr>
            </w:r>
          </w:p>
        </w:tc>
      </w:tr>
      <w:tr>
        <w:trPr/>
        <w:tc>
          <w:tcPr>
            <w:tcW w:w="2340" w:type="dxa"/>
            <w:tcBorders/>
            <w:tcMar>
              <w:top w:w="150" w:type="dxa"/>
              <w:left w:w="100" w:type="dxa"/>
              <w:bottom w:w="150" w:type="dxa"/>
              <w:right w:w="100" w:type="dxa"/>
            </w:tcMar>
          </w:tcPr>
          <w:p>
            <w:pPr>
              <w:pStyle w:val="Normal"/>
              <w:widowControl/>
              <w:spacing w:lineRule="auto" w:line="240" w:before="0" w:after="120"/>
              <w:jc w:val="left"/>
              <w:rPr>
                <w:rFonts w:ascii="Times New Roman" w:hAnsi="Times New Roman" w:eastAsia="ＭＳ 明朝" w:cs=""/>
                <w:color w:val="auto"/>
                <w:kern w:val="0"/>
                <w:sz w:val="20"/>
                <w:szCs w:val="20"/>
                <w:lang w:val="en-US" w:eastAsia="en-US" w:bidi="ar-SA"/>
              </w:rPr>
            </w:pPr>
            <w:r>
              <w:rPr>
                <w:rFonts w:eastAsia="ＭＳ 明朝" w:cs="" w:ascii="Times New Roman" w:hAnsi="Times New Roman"/>
                <w:color w:val="auto"/>
                <w:kern w:val="0"/>
                <w:sz w:val="20"/>
                <w:szCs w:val="20"/>
                <w:lang w:val="en-US" w:eastAsia="en-US" w:bidi="ar-SA"/>
              </w:rPr>
            </w:r>
          </w:p>
        </w:tc>
        <w:tc>
          <w:tcPr>
            <w:tcW w:w="2340" w:type="dxa"/>
            <w:tcBorders/>
            <w:tcMar>
              <w:top w:w="150" w:type="dxa"/>
              <w:left w:w="100" w:type="dxa"/>
              <w:bottom w:w="150" w:type="dxa"/>
              <w:right w:w="100" w:type="dxa"/>
            </w:tcMar>
          </w:tcPr>
          <w:p>
            <w:pPr>
              <w:pStyle w:val="Normal"/>
              <w:widowControl/>
              <w:spacing w:lineRule="auto" w:line="240" w:before="0" w:after="120"/>
              <w:jc w:val="left"/>
              <w:rPr>
                <w:rFonts w:ascii="Times New Roman" w:hAnsi="Times New Roman" w:eastAsia="ＭＳ 明朝" w:cs=""/>
                <w:color w:val="auto"/>
                <w:kern w:val="0"/>
                <w:sz w:val="20"/>
                <w:szCs w:val="20"/>
                <w:lang w:val="en-US" w:eastAsia="en-US" w:bidi="ar-SA"/>
              </w:rPr>
            </w:pPr>
            <w:r>
              <w:rPr>
                <w:rFonts w:eastAsia="ＭＳ 明朝" w:cs="" w:ascii="Times New Roman" w:hAnsi="Times New Roman"/>
                <w:color w:val="auto"/>
                <w:kern w:val="0"/>
                <w:sz w:val="20"/>
                <w:szCs w:val="20"/>
                <w:lang w:val="en-US" w:eastAsia="en-US" w:bidi="ar-SA"/>
              </w:rPr>
            </w:r>
          </w:p>
        </w:tc>
        <w:tc>
          <w:tcPr>
            <w:tcW w:w="2340" w:type="dxa"/>
            <w:tcBorders/>
            <w:tcMar>
              <w:top w:w="150" w:type="dxa"/>
              <w:left w:w="100" w:type="dxa"/>
              <w:bottom w:w="150" w:type="dxa"/>
              <w:right w:w="100" w:type="dxa"/>
            </w:tcMar>
          </w:tcPr>
          <w:p>
            <w:pPr>
              <w:pStyle w:val="Normal"/>
              <w:widowControl/>
              <w:spacing w:lineRule="auto" w:line="240" w:before="0" w:after="120"/>
              <w:jc w:val="left"/>
              <w:rPr>
                <w:rFonts w:ascii="Times New Roman" w:hAnsi="Times New Roman" w:eastAsia="ＭＳ 明朝" w:cs=""/>
                <w:color w:val="auto"/>
                <w:kern w:val="0"/>
                <w:sz w:val="20"/>
                <w:szCs w:val="20"/>
                <w:lang w:val="en-US" w:eastAsia="en-US" w:bidi="ar-SA"/>
              </w:rPr>
            </w:pPr>
            <w:r>
              <w:rPr>
                <w:rFonts w:eastAsia="ＭＳ 明朝" w:cs="" w:ascii="Times New Roman" w:hAnsi="Times New Roman"/>
                <w:color w:val="auto"/>
                <w:kern w:val="0"/>
                <w:sz w:val="20"/>
                <w:szCs w:val="20"/>
                <w:lang w:val="en-US" w:eastAsia="en-US" w:bidi="ar-SA"/>
              </w:rPr>
            </w:r>
          </w:p>
        </w:tc>
        <w:tc>
          <w:tcPr>
            <w:tcW w:w="2339" w:type="dxa"/>
            <w:tcBorders/>
            <w:tcMar>
              <w:top w:w="150" w:type="dxa"/>
              <w:left w:w="100" w:type="dxa"/>
              <w:bottom w:w="150" w:type="dxa"/>
              <w:right w:w="100" w:type="dxa"/>
            </w:tcMar>
          </w:tcPr>
          <w:p>
            <w:pPr>
              <w:pStyle w:val="Normal"/>
              <w:widowControl/>
              <w:spacing w:lineRule="auto" w:line="240" w:before="0" w:after="120"/>
              <w:jc w:val="left"/>
              <w:rPr>
                <w:rFonts w:ascii="Times New Roman" w:hAnsi="Times New Roman" w:eastAsia="ＭＳ 明朝" w:cs=""/>
                <w:color w:val="auto"/>
                <w:kern w:val="0"/>
                <w:sz w:val="20"/>
                <w:szCs w:val="20"/>
                <w:lang w:val="en-US" w:eastAsia="en-US" w:bidi="ar-SA"/>
              </w:rPr>
            </w:pPr>
            <w:r>
              <w:rPr>
                <w:rFonts w:eastAsia="ＭＳ 明朝" w:cs="" w:ascii="Times New Roman" w:hAnsi="Times New Roman"/>
                <w:color w:val="auto"/>
                <w:kern w:val="0"/>
                <w:sz w:val="20"/>
                <w:szCs w:val="20"/>
                <w:lang w:val="en-US" w:eastAsia="en-US" w:bidi="ar-SA"/>
              </w:rPr>
            </w:r>
          </w:p>
        </w:tc>
      </w:tr>
      <w:tr>
        <w:trPr/>
        <w:tc>
          <w:tcPr>
            <w:tcW w:w="2340" w:type="dxa"/>
            <w:tcBorders/>
            <w:tcMar>
              <w:top w:w="150" w:type="dxa"/>
              <w:left w:w="100" w:type="dxa"/>
              <w:bottom w:w="150" w:type="dxa"/>
              <w:right w:w="100" w:type="dxa"/>
            </w:tcMar>
          </w:tcPr>
          <w:p>
            <w:pPr>
              <w:pStyle w:val="Normal"/>
              <w:widowControl/>
              <w:spacing w:lineRule="auto" w:line="240" w:before="0" w:after="120"/>
              <w:jc w:val="left"/>
              <w:rPr>
                <w:rFonts w:ascii="Times New Roman" w:hAnsi="Times New Roman" w:eastAsia="ＭＳ 明朝" w:cs=""/>
                <w:color w:val="auto"/>
                <w:kern w:val="0"/>
                <w:sz w:val="20"/>
                <w:szCs w:val="20"/>
                <w:lang w:val="en-US" w:eastAsia="en-US" w:bidi="ar-SA"/>
              </w:rPr>
            </w:pPr>
            <w:r>
              <w:rPr>
                <w:rFonts w:eastAsia="ＭＳ 明朝" w:cs="" w:ascii="Times New Roman" w:hAnsi="Times New Roman"/>
                <w:color w:val="auto"/>
                <w:kern w:val="0"/>
                <w:sz w:val="20"/>
                <w:szCs w:val="20"/>
                <w:lang w:val="en-US" w:eastAsia="en-US" w:bidi="ar-SA"/>
              </w:rPr>
            </w:r>
          </w:p>
        </w:tc>
        <w:tc>
          <w:tcPr>
            <w:tcW w:w="2340" w:type="dxa"/>
            <w:tcBorders/>
            <w:tcMar>
              <w:top w:w="150" w:type="dxa"/>
              <w:left w:w="100" w:type="dxa"/>
              <w:bottom w:w="150" w:type="dxa"/>
              <w:right w:w="100" w:type="dxa"/>
            </w:tcMar>
          </w:tcPr>
          <w:p>
            <w:pPr>
              <w:pStyle w:val="Normal"/>
              <w:widowControl/>
              <w:spacing w:lineRule="auto" w:line="240" w:before="0" w:after="120"/>
              <w:jc w:val="left"/>
              <w:rPr>
                <w:rFonts w:ascii="Times New Roman" w:hAnsi="Times New Roman" w:eastAsia="ＭＳ 明朝" w:cs=""/>
                <w:color w:val="auto"/>
                <w:kern w:val="0"/>
                <w:sz w:val="20"/>
                <w:szCs w:val="20"/>
                <w:lang w:val="en-US" w:eastAsia="en-US" w:bidi="ar-SA"/>
              </w:rPr>
            </w:pPr>
            <w:r>
              <w:rPr>
                <w:rFonts w:eastAsia="ＭＳ 明朝" w:cs="" w:ascii="Times New Roman" w:hAnsi="Times New Roman"/>
                <w:color w:val="auto"/>
                <w:kern w:val="0"/>
                <w:sz w:val="20"/>
                <w:szCs w:val="20"/>
                <w:lang w:val="en-US" w:eastAsia="en-US" w:bidi="ar-SA"/>
              </w:rPr>
            </w:r>
          </w:p>
        </w:tc>
        <w:tc>
          <w:tcPr>
            <w:tcW w:w="2340" w:type="dxa"/>
            <w:tcBorders/>
            <w:tcMar>
              <w:top w:w="150" w:type="dxa"/>
              <w:left w:w="100" w:type="dxa"/>
              <w:bottom w:w="150" w:type="dxa"/>
              <w:right w:w="100" w:type="dxa"/>
            </w:tcMar>
          </w:tcPr>
          <w:p>
            <w:pPr>
              <w:pStyle w:val="Normal"/>
              <w:widowControl/>
              <w:spacing w:lineRule="auto" w:line="240" w:before="0" w:after="120"/>
              <w:jc w:val="left"/>
              <w:rPr>
                <w:rFonts w:ascii="Times New Roman" w:hAnsi="Times New Roman" w:eastAsia="ＭＳ 明朝" w:cs=""/>
                <w:color w:val="auto"/>
                <w:kern w:val="0"/>
                <w:sz w:val="20"/>
                <w:szCs w:val="20"/>
                <w:lang w:val="en-US" w:eastAsia="en-US" w:bidi="ar-SA"/>
              </w:rPr>
            </w:pPr>
            <w:r>
              <w:rPr>
                <w:rFonts w:eastAsia="ＭＳ 明朝" w:cs="" w:ascii="Times New Roman" w:hAnsi="Times New Roman"/>
                <w:color w:val="auto"/>
                <w:kern w:val="0"/>
                <w:sz w:val="20"/>
                <w:szCs w:val="20"/>
                <w:lang w:val="en-US" w:eastAsia="en-US" w:bidi="ar-SA"/>
              </w:rPr>
            </w:r>
          </w:p>
        </w:tc>
        <w:tc>
          <w:tcPr>
            <w:tcW w:w="2339" w:type="dxa"/>
            <w:tcBorders/>
            <w:tcMar>
              <w:top w:w="150" w:type="dxa"/>
              <w:left w:w="100" w:type="dxa"/>
              <w:bottom w:w="150" w:type="dxa"/>
              <w:right w:w="100" w:type="dxa"/>
            </w:tcMar>
          </w:tcPr>
          <w:p>
            <w:pPr>
              <w:pStyle w:val="Normal"/>
              <w:widowControl/>
              <w:spacing w:lineRule="auto" w:line="240" w:before="0" w:after="120"/>
              <w:jc w:val="left"/>
              <w:rPr>
                <w:rFonts w:ascii="Times New Roman" w:hAnsi="Times New Roman" w:eastAsia="ＭＳ 明朝" w:cs=""/>
                <w:color w:val="auto"/>
                <w:kern w:val="0"/>
                <w:sz w:val="20"/>
                <w:szCs w:val="20"/>
                <w:lang w:val="en-US" w:eastAsia="en-US" w:bidi="ar-SA"/>
              </w:rPr>
            </w:pPr>
            <w:r>
              <w:rPr>
                <w:rFonts w:eastAsia="ＭＳ 明朝" w:cs="" w:ascii="Times New Roman" w:hAnsi="Times New Roman"/>
                <w:color w:val="auto"/>
                <w:kern w:val="0"/>
                <w:sz w:val="20"/>
                <w:szCs w:val="20"/>
                <w:lang w:val="en-US" w:eastAsia="en-US" w:bidi="ar-SA"/>
              </w:rPr>
            </w:r>
          </w:p>
        </w:tc>
      </w:tr>
    </w:tbl>
    <w:p>
      <w:pPr>
        <w:pStyle w:val="Heading1"/>
        <w:spacing w:lineRule="auto" w:line="240"/>
        <w:rPr>
          <w:rFonts w:ascii="Times New Roman" w:hAnsi="Times New Roman"/>
          <w:color w:val="auto"/>
          <w:sz w:val="20"/>
          <w:szCs w:val="20"/>
        </w:rPr>
      </w:pPr>
      <w:r>
        <w:rPr>
          <w:rFonts w:ascii="Times New Roman" w:hAnsi="Times New Roman"/>
          <w:color w:val="auto"/>
          <w:sz w:val="20"/>
          <w:szCs w:val="20"/>
        </w:rPr>
        <w:t>6. Competência e procedimento</w:t>
      </w:r>
    </w:p>
    <w:p>
      <w:pPr>
        <w:pStyle w:val="Normal"/>
        <w:keepNext w:val="true"/>
        <w:spacing w:lineRule="auto" w:line="240" w:before="120" w:after="60"/>
        <w:rPr>
          <w:rFonts w:ascii="Times New Roman" w:hAnsi="Times New Roman"/>
          <w:color w:val="auto"/>
          <w:sz w:val="20"/>
          <w:szCs w:val="20"/>
        </w:rPr>
      </w:pPr>
      <w:r>
        <w:rPr>
          <w:rFonts w:ascii="Times New Roman" w:hAnsi="Times New Roman"/>
          <w:b/>
          <w:color w:val="auto"/>
          <w:sz w:val="20"/>
          <w:szCs w:val="20"/>
        </w:rPr>
        <w:t>Como o caso chegou ao órgão competente e qual era a base jurídica de sua atuação?</w:t>
      </w:r>
    </w:p>
    <w:p>
      <w:pPr>
        <w:pStyle w:val="Normal"/>
        <w:keepNext w:val="true"/>
        <w:spacing w:lineRule="auto" w:line="240" w:before="0" w:after="60"/>
        <w:rPr>
          <w:rFonts w:ascii="Times New Roman" w:hAnsi="Times New Roman"/>
          <w:color w:val="auto"/>
          <w:sz w:val="20"/>
          <w:szCs w:val="20"/>
        </w:rPr>
      </w:pPr>
      <w:r>
        <w:rPr>
          <w:rFonts w:ascii="Times New Roman" w:hAnsi="Times New Roman"/>
          <w:i/>
          <w:color w:val="auto"/>
          <w:sz w:val="20"/>
          <w:szCs w:val="20"/>
        </w:rPr>
        <w:t>Considere jurisdição, consentimento, admissibilidade, esgotamento de recursos internos e capacidade processual, quando pertinentes.</w:t>
      </w:r>
    </w:p>
    <w:tbl>
      <w:tblPr>
        <w:tblStyle w:val="TableGrid"/>
        <w:tblW w:w="9360" w:type="dxa"/>
        <w:jc w:val="left"/>
        <w:tblInd w:w="12" w:type="dxa"/>
        <w:tblLayout w:type="fixed"/>
        <w:tblCellMar>
          <w:top w:w="120" w:type="dxa"/>
          <w:left w:w="120" w:type="dxa"/>
          <w:bottom w:w="120" w:type="dxa"/>
          <w:right w:w="120" w:type="dxa"/>
        </w:tblCellMar>
        <w:tblLook w:firstRow="1" w:noVBand="1" w:lastRow="0" w:firstColumn="1" w:lastColumn="0" w:noHBand="0" w:val="04a0"/>
      </w:tblPr>
      <w:tblGrid>
        <w:gridCol w:w="9360"/>
      </w:tblGrid>
      <w:tr>
        <w:trPr/>
        <w:tc>
          <w:tcPr>
            <w:tcW w:w="9360" w:type="dxa"/>
            <w:tcBorders/>
          </w:tcPr>
          <w:p>
            <w:pPr>
              <w:pStyle w:val="Normal"/>
              <w:widowControl/>
              <w:spacing w:lineRule="auto" w:line="240" w:before="0" w:after="120"/>
              <w:jc w:val="left"/>
              <w:rPr>
                <w:rFonts w:ascii="Times New Roman" w:hAnsi="Times New Roman" w:eastAsia="ＭＳ 明朝" w:cs=""/>
                <w:color w:val="auto"/>
                <w:kern w:val="0"/>
                <w:sz w:val="20"/>
                <w:szCs w:val="20"/>
                <w:lang w:val="en-US" w:eastAsia="en-US" w:bidi="ar-SA"/>
              </w:rPr>
            </w:pPr>
            <w:r>
              <w:rPr>
                <w:rFonts w:eastAsia="ＭＳ 明朝" w:cs="" w:ascii="Times New Roman" w:hAnsi="Times New Roman"/>
                <w:color w:val="auto"/>
                <w:kern w:val="0"/>
                <w:sz w:val="20"/>
                <w:szCs w:val="20"/>
                <w:lang w:val="en-US" w:eastAsia="en-US" w:bidi="ar-SA"/>
              </w:rPr>
            </w:r>
          </w:p>
        </w:tc>
      </w:tr>
      <w:tr>
        <w:trPr/>
        <w:tc>
          <w:tcPr>
            <w:tcW w:w="9360" w:type="dxa"/>
            <w:tcBorders/>
          </w:tcPr>
          <w:p>
            <w:pPr>
              <w:pStyle w:val="Normal"/>
              <w:widowControl/>
              <w:spacing w:lineRule="auto" w:line="240" w:before="0" w:after="120"/>
              <w:jc w:val="left"/>
              <w:rPr>
                <w:rFonts w:ascii="Times New Roman" w:hAnsi="Times New Roman" w:eastAsia="ＭＳ 明朝" w:cs=""/>
                <w:color w:val="auto"/>
                <w:kern w:val="0"/>
                <w:sz w:val="20"/>
                <w:szCs w:val="20"/>
                <w:lang w:val="en-US" w:eastAsia="en-US" w:bidi="ar-SA"/>
              </w:rPr>
            </w:pPr>
            <w:r>
              <w:rPr>
                <w:rFonts w:eastAsia="ＭＳ 明朝" w:cs="" w:ascii="Times New Roman" w:hAnsi="Times New Roman"/>
                <w:color w:val="auto"/>
                <w:kern w:val="0"/>
                <w:sz w:val="20"/>
                <w:szCs w:val="20"/>
                <w:lang w:val="en-US" w:eastAsia="en-US" w:bidi="ar-SA"/>
              </w:rPr>
            </w:r>
          </w:p>
        </w:tc>
      </w:tr>
      <w:tr>
        <w:trPr/>
        <w:tc>
          <w:tcPr>
            <w:tcW w:w="9360" w:type="dxa"/>
            <w:tcBorders/>
          </w:tcPr>
          <w:p>
            <w:pPr>
              <w:pStyle w:val="Normal"/>
              <w:widowControl/>
              <w:spacing w:lineRule="auto" w:line="240" w:before="0" w:after="120"/>
              <w:jc w:val="left"/>
              <w:rPr>
                <w:rFonts w:ascii="Times New Roman" w:hAnsi="Times New Roman" w:eastAsia="ＭＳ 明朝" w:cs=""/>
                <w:color w:val="auto"/>
                <w:kern w:val="0"/>
                <w:sz w:val="20"/>
                <w:szCs w:val="20"/>
                <w:lang w:val="en-US" w:eastAsia="en-US" w:bidi="ar-SA"/>
              </w:rPr>
            </w:pPr>
            <w:r>
              <w:rPr>
                <w:rFonts w:eastAsia="ＭＳ 明朝" w:cs="" w:ascii="Times New Roman" w:hAnsi="Times New Roman"/>
                <w:color w:val="auto"/>
                <w:kern w:val="0"/>
                <w:sz w:val="20"/>
                <w:szCs w:val="20"/>
                <w:lang w:val="en-US" w:eastAsia="en-US" w:bidi="ar-SA"/>
              </w:rPr>
            </w:r>
          </w:p>
        </w:tc>
      </w:tr>
      <w:tr>
        <w:trPr/>
        <w:tc>
          <w:tcPr>
            <w:tcW w:w="9360" w:type="dxa"/>
            <w:tcBorders/>
          </w:tcPr>
          <w:p>
            <w:pPr>
              <w:pStyle w:val="Normal"/>
              <w:widowControl/>
              <w:spacing w:lineRule="auto" w:line="240" w:before="0" w:after="120"/>
              <w:jc w:val="left"/>
              <w:rPr>
                <w:rFonts w:ascii="Times New Roman" w:hAnsi="Times New Roman" w:eastAsia="ＭＳ 明朝" w:cs=""/>
                <w:color w:val="auto"/>
                <w:kern w:val="0"/>
                <w:sz w:val="20"/>
                <w:szCs w:val="20"/>
                <w:lang w:val="en-US" w:eastAsia="en-US" w:bidi="ar-SA"/>
              </w:rPr>
            </w:pPr>
            <w:r>
              <w:rPr>
                <w:rFonts w:eastAsia="ＭＳ 明朝" w:cs="" w:ascii="Times New Roman" w:hAnsi="Times New Roman"/>
                <w:color w:val="auto"/>
                <w:kern w:val="0"/>
                <w:sz w:val="20"/>
                <w:szCs w:val="20"/>
                <w:lang w:val="en-US" w:eastAsia="en-US" w:bidi="ar-SA"/>
              </w:rPr>
            </w:r>
          </w:p>
        </w:tc>
      </w:tr>
    </w:tbl>
    <w:p>
      <w:pPr>
        <w:pStyle w:val="Heading1"/>
        <w:spacing w:lineRule="auto" w:line="240" w:before="0" w:after="160"/>
        <w:rPr>
          <w:rFonts w:ascii="Times New Roman" w:hAnsi="Times New Roman"/>
          <w:color w:val="auto"/>
          <w:sz w:val="20"/>
          <w:szCs w:val="20"/>
        </w:rPr>
      </w:pPr>
      <w:r>
        <w:rPr>
          <w:rFonts w:ascii="Times New Roman" w:hAnsi="Times New Roman"/>
          <w:color w:val="auto"/>
          <w:sz w:val="20"/>
          <w:szCs w:val="20"/>
        </w:rPr>
      </w:r>
    </w:p>
    <w:p>
      <w:pPr>
        <w:pStyle w:val="Heading1"/>
        <w:spacing w:lineRule="auto" w:line="240" w:before="0" w:after="160"/>
        <w:rPr>
          <w:rFonts w:ascii="Times New Roman" w:hAnsi="Times New Roman"/>
          <w:color w:val="auto"/>
          <w:sz w:val="20"/>
          <w:szCs w:val="20"/>
        </w:rPr>
      </w:pPr>
      <w:r>
        <w:rPr>
          <w:rFonts w:ascii="Times New Roman" w:hAnsi="Times New Roman"/>
          <w:color w:val="auto"/>
          <w:sz w:val="20"/>
          <w:szCs w:val="20"/>
        </w:rPr>
        <w:t>7. Fontes do Direito Internacional</w:t>
      </w:r>
    </w:p>
    <w:tbl>
      <w:tblPr>
        <w:tblStyle w:val="TableGrid"/>
        <w:tblW w:w="9360" w:type="dxa"/>
        <w:jc w:val="left"/>
        <w:tblInd w:w="12" w:type="dxa"/>
        <w:tblLayout w:type="fixed"/>
        <w:tblCellMar>
          <w:top w:w="90" w:type="dxa"/>
          <w:left w:w="120" w:type="dxa"/>
          <w:bottom w:w="90" w:type="dxa"/>
          <w:right w:w="120" w:type="dxa"/>
        </w:tblCellMar>
        <w:tblLook w:firstRow="1" w:noVBand="1" w:lastRow="0" w:firstColumn="1" w:lastColumn="0" w:noHBand="0" w:val="04a0"/>
      </w:tblPr>
      <w:tblGrid>
        <w:gridCol w:w="3120"/>
        <w:gridCol w:w="3120"/>
        <w:gridCol w:w="3120"/>
      </w:tblGrid>
      <w:tr>
        <w:trPr>
          <w:tblHeader w:val="true"/>
        </w:trPr>
        <w:tc>
          <w:tcPr>
            <w:tcW w:w="3120" w:type="dxa"/>
            <w:tcBorders/>
            <w:shd w:fill="17365D"/>
          </w:tcPr>
          <w:p>
            <w:pPr>
              <w:pStyle w:val="Normal"/>
              <w:widowControl/>
              <w:spacing w:lineRule="auto" w:line="240" w:before="0" w:after="120"/>
              <w:jc w:val="left"/>
              <w:rPr>
                <w:rFonts w:ascii="Times New Roman" w:hAnsi="Times New Roman" w:eastAsia="ＭＳ 明朝" w:cs=""/>
                <w:color w:val="auto"/>
                <w:kern w:val="0"/>
                <w:sz w:val="20"/>
                <w:szCs w:val="20"/>
                <w:lang w:val="en-US" w:eastAsia="en-US" w:bidi="ar-SA"/>
              </w:rPr>
            </w:pPr>
            <w:r>
              <w:rPr>
                <w:rFonts w:eastAsia="ＭＳ 明朝" w:cs="" w:ascii="Times New Roman" w:hAnsi="Times New Roman"/>
                <w:b/>
                <w:color w:val="auto"/>
                <w:kern w:val="0"/>
                <w:sz w:val="20"/>
                <w:szCs w:val="20"/>
                <w:lang w:val="en-US" w:eastAsia="en-US" w:bidi="ar-SA"/>
              </w:rPr>
              <w:t>Tipo de fonte</w:t>
            </w:r>
          </w:p>
        </w:tc>
        <w:tc>
          <w:tcPr>
            <w:tcW w:w="3120" w:type="dxa"/>
            <w:tcBorders/>
            <w:shd w:fill="17365D"/>
          </w:tcPr>
          <w:p>
            <w:pPr>
              <w:pStyle w:val="Normal"/>
              <w:widowControl/>
              <w:spacing w:lineRule="auto" w:line="240" w:before="0" w:after="120"/>
              <w:jc w:val="left"/>
              <w:rPr>
                <w:rFonts w:ascii="Times New Roman" w:hAnsi="Times New Roman" w:eastAsia="ＭＳ 明朝" w:cs=""/>
                <w:color w:val="auto"/>
                <w:kern w:val="0"/>
                <w:sz w:val="20"/>
                <w:szCs w:val="20"/>
                <w:lang w:val="en-US" w:eastAsia="en-US" w:bidi="ar-SA"/>
              </w:rPr>
            </w:pPr>
            <w:r>
              <w:rPr>
                <w:rFonts w:eastAsia="ＭＳ 明朝" w:cs="" w:ascii="Times New Roman" w:hAnsi="Times New Roman"/>
                <w:b/>
                <w:color w:val="auto"/>
                <w:kern w:val="0"/>
                <w:sz w:val="20"/>
                <w:szCs w:val="20"/>
                <w:lang w:val="en-US" w:eastAsia="en-US" w:bidi="ar-SA"/>
              </w:rPr>
              <w:t>Instrumento / norma</w:t>
            </w:r>
          </w:p>
        </w:tc>
        <w:tc>
          <w:tcPr>
            <w:tcW w:w="3120" w:type="dxa"/>
            <w:tcBorders/>
            <w:shd w:fill="17365D"/>
          </w:tcPr>
          <w:p>
            <w:pPr>
              <w:pStyle w:val="Normal"/>
              <w:widowControl/>
              <w:spacing w:lineRule="auto" w:line="240" w:before="0" w:after="120"/>
              <w:jc w:val="left"/>
              <w:rPr>
                <w:rFonts w:ascii="Times New Roman" w:hAnsi="Times New Roman" w:eastAsia="ＭＳ 明朝" w:cs=""/>
                <w:color w:val="auto"/>
                <w:kern w:val="0"/>
                <w:sz w:val="20"/>
                <w:szCs w:val="20"/>
                <w:lang w:val="en-US" w:eastAsia="en-US" w:bidi="ar-SA"/>
              </w:rPr>
            </w:pPr>
            <w:r>
              <w:rPr>
                <w:rFonts w:eastAsia="ＭＳ 明朝" w:cs="" w:ascii="Times New Roman" w:hAnsi="Times New Roman"/>
                <w:b/>
                <w:color w:val="auto"/>
                <w:kern w:val="0"/>
                <w:sz w:val="20"/>
                <w:szCs w:val="20"/>
                <w:lang w:val="en-US" w:eastAsia="en-US" w:bidi="ar-SA"/>
              </w:rPr>
              <w:t>Como foi aplicada ao caso</w:t>
            </w:r>
          </w:p>
        </w:tc>
      </w:tr>
      <w:tr>
        <w:trPr/>
        <w:tc>
          <w:tcPr>
            <w:tcW w:w="3120" w:type="dxa"/>
            <w:tcBorders/>
            <w:tcMar>
              <w:top w:w="150" w:type="dxa"/>
              <w:left w:w="110" w:type="dxa"/>
              <w:bottom w:w="150" w:type="dxa"/>
              <w:right w:w="110" w:type="dxa"/>
            </w:tcMar>
          </w:tcPr>
          <w:p>
            <w:pPr>
              <w:pStyle w:val="Normal"/>
              <w:widowControl/>
              <w:spacing w:lineRule="auto" w:line="240" w:before="0" w:after="120"/>
              <w:jc w:val="left"/>
              <w:rPr>
                <w:rFonts w:ascii="Times New Roman" w:hAnsi="Times New Roman" w:eastAsia="ＭＳ 明朝" w:cs=""/>
                <w:color w:val="auto"/>
                <w:kern w:val="0"/>
                <w:sz w:val="20"/>
                <w:szCs w:val="20"/>
                <w:lang w:val="en-US" w:eastAsia="en-US" w:bidi="ar-SA"/>
              </w:rPr>
            </w:pPr>
            <w:r>
              <w:rPr>
                <w:rFonts w:eastAsia="ＭＳ 明朝" w:cs="" w:ascii="Times New Roman" w:hAnsi="Times New Roman"/>
                <w:color w:val="auto"/>
                <w:kern w:val="0"/>
                <w:sz w:val="20"/>
                <w:szCs w:val="20"/>
                <w:lang w:val="en-US" w:eastAsia="en-US" w:bidi="ar-SA"/>
              </w:rPr>
              <w:t>Tratado</w:t>
            </w:r>
          </w:p>
        </w:tc>
        <w:tc>
          <w:tcPr>
            <w:tcW w:w="3120" w:type="dxa"/>
            <w:tcBorders/>
            <w:tcMar>
              <w:top w:w="150" w:type="dxa"/>
              <w:left w:w="110" w:type="dxa"/>
              <w:bottom w:w="150" w:type="dxa"/>
              <w:right w:w="110" w:type="dxa"/>
            </w:tcMar>
          </w:tcPr>
          <w:p>
            <w:pPr>
              <w:pStyle w:val="Normal"/>
              <w:widowControl/>
              <w:spacing w:lineRule="auto" w:line="240" w:before="0" w:after="120"/>
              <w:jc w:val="left"/>
              <w:rPr>
                <w:rFonts w:ascii="Times New Roman" w:hAnsi="Times New Roman" w:eastAsia="ＭＳ 明朝" w:cs=""/>
                <w:color w:val="auto"/>
                <w:kern w:val="0"/>
                <w:sz w:val="20"/>
                <w:szCs w:val="20"/>
                <w:lang w:val="en-US" w:eastAsia="en-US" w:bidi="ar-SA"/>
              </w:rPr>
            </w:pPr>
            <w:r>
              <w:rPr>
                <w:rFonts w:eastAsia="ＭＳ 明朝" w:cs="" w:ascii="Times New Roman" w:hAnsi="Times New Roman"/>
                <w:color w:val="auto"/>
                <w:kern w:val="0"/>
                <w:sz w:val="20"/>
                <w:szCs w:val="20"/>
                <w:lang w:val="en-US" w:eastAsia="en-US" w:bidi="ar-SA"/>
              </w:rPr>
            </w:r>
          </w:p>
        </w:tc>
        <w:tc>
          <w:tcPr>
            <w:tcW w:w="3120" w:type="dxa"/>
            <w:tcBorders/>
            <w:tcMar>
              <w:top w:w="150" w:type="dxa"/>
              <w:left w:w="110" w:type="dxa"/>
              <w:bottom w:w="150" w:type="dxa"/>
              <w:right w:w="110" w:type="dxa"/>
            </w:tcMar>
          </w:tcPr>
          <w:p>
            <w:pPr>
              <w:pStyle w:val="Normal"/>
              <w:widowControl/>
              <w:spacing w:lineRule="auto" w:line="240" w:before="0" w:after="120"/>
              <w:jc w:val="left"/>
              <w:rPr>
                <w:rFonts w:ascii="Times New Roman" w:hAnsi="Times New Roman" w:eastAsia="ＭＳ 明朝" w:cs=""/>
                <w:color w:val="auto"/>
                <w:kern w:val="0"/>
                <w:sz w:val="20"/>
                <w:szCs w:val="20"/>
                <w:lang w:val="en-US" w:eastAsia="en-US" w:bidi="ar-SA"/>
              </w:rPr>
            </w:pPr>
            <w:r>
              <w:rPr>
                <w:rFonts w:eastAsia="ＭＳ 明朝" w:cs="" w:ascii="Times New Roman" w:hAnsi="Times New Roman"/>
                <w:color w:val="auto"/>
                <w:kern w:val="0"/>
                <w:sz w:val="20"/>
                <w:szCs w:val="20"/>
                <w:lang w:val="en-US" w:eastAsia="en-US" w:bidi="ar-SA"/>
              </w:rPr>
            </w:r>
          </w:p>
        </w:tc>
      </w:tr>
      <w:tr>
        <w:trPr/>
        <w:tc>
          <w:tcPr>
            <w:tcW w:w="3120" w:type="dxa"/>
            <w:tcBorders/>
            <w:tcMar>
              <w:top w:w="150" w:type="dxa"/>
              <w:left w:w="110" w:type="dxa"/>
              <w:bottom w:w="150" w:type="dxa"/>
              <w:right w:w="110" w:type="dxa"/>
            </w:tcMar>
          </w:tcPr>
          <w:p>
            <w:pPr>
              <w:pStyle w:val="Normal"/>
              <w:widowControl/>
              <w:spacing w:lineRule="auto" w:line="240" w:before="0" w:after="120"/>
              <w:jc w:val="left"/>
              <w:rPr>
                <w:rFonts w:ascii="Times New Roman" w:hAnsi="Times New Roman" w:eastAsia="ＭＳ 明朝" w:cs=""/>
                <w:color w:val="auto"/>
                <w:kern w:val="0"/>
                <w:sz w:val="20"/>
                <w:szCs w:val="20"/>
                <w:lang w:val="en-US" w:eastAsia="en-US" w:bidi="ar-SA"/>
              </w:rPr>
            </w:pPr>
            <w:r>
              <w:rPr>
                <w:rFonts w:eastAsia="ＭＳ 明朝" w:cs="" w:ascii="Times New Roman" w:hAnsi="Times New Roman"/>
                <w:color w:val="auto"/>
                <w:kern w:val="0"/>
                <w:sz w:val="20"/>
                <w:szCs w:val="20"/>
                <w:lang w:val="en-US" w:eastAsia="en-US" w:bidi="ar-SA"/>
              </w:rPr>
              <w:t>Costume</w:t>
            </w:r>
          </w:p>
        </w:tc>
        <w:tc>
          <w:tcPr>
            <w:tcW w:w="3120" w:type="dxa"/>
            <w:tcBorders/>
            <w:tcMar>
              <w:top w:w="150" w:type="dxa"/>
              <w:left w:w="110" w:type="dxa"/>
              <w:bottom w:w="150" w:type="dxa"/>
              <w:right w:w="110" w:type="dxa"/>
            </w:tcMar>
          </w:tcPr>
          <w:p>
            <w:pPr>
              <w:pStyle w:val="Normal"/>
              <w:widowControl/>
              <w:spacing w:lineRule="auto" w:line="240" w:before="0" w:after="120"/>
              <w:jc w:val="left"/>
              <w:rPr>
                <w:rFonts w:ascii="Times New Roman" w:hAnsi="Times New Roman" w:eastAsia="ＭＳ 明朝" w:cs=""/>
                <w:color w:val="auto"/>
                <w:kern w:val="0"/>
                <w:sz w:val="20"/>
                <w:szCs w:val="20"/>
                <w:lang w:val="en-US" w:eastAsia="en-US" w:bidi="ar-SA"/>
              </w:rPr>
            </w:pPr>
            <w:r>
              <w:rPr>
                <w:rFonts w:eastAsia="ＭＳ 明朝" w:cs="" w:ascii="Times New Roman" w:hAnsi="Times New Roman"/>
                <w:color w:val="auto"/>
                <w:kern w:val="0"/>
                <w:sz w:val="20"/>
                <w:szCs w:val="20"/>
                <w:lang w:val="en-US" w:eastAsia="en-US" w:bidi="ar-SA"/>
              </w:rPr>
            </w:r>
          </w:p>
        </w:tc>
        <w:tc>
          <w:tcPr>
            <w:tcW w:w="3120" w:type="dxa"/>
            <w:tcBorders/>
            <w:tcMar>
              <w:top w:w="150" w:type="dxa"/>
              <w:left w:w="110" w:type="dxa"/>
              <w:bottom w:w="150" w:type="dxa"/>
              <w:right w:w="110" w:type="dxa"/>
            </w:tcMar>
          </w:tcPr>
          <w:p>
            <w:pPr>
              <w:pStyle w:val="Normal"/>
              <w:widowControl/>
              <w:spacing w:lineRule="auto" w:line="240" w:before="0" w:after="120"/>
              <w:jc w:val="left"/>
              <w:rPr>
                <w:rFonts w:ascii="Times New Roman" w:hAnsi="Times New Roman" w:eastAsia="ＭＳ 明朝" w:cs=""/>
                <w:color w:val="auto"/>
                <w:kern w:val="0"/>
                <w:sz w:val="20"/>
                <w:szCs w:val="20"/>
                <w:lang w:val="en-US" w:eastAsia="en-US" w:bidi="ar-SA"/>
              </w:rPr>
            </w:pPr>
            <w:r>
              <w:rPr>
                <w:rFonts w:eastAsia="ＭＳ 明朝" w:cs="" w:ascii="Times New Roman" w:hAnsi="Times New Roman"/>
                <w:color w:val="auto"/>
                <w:kern w:val="0"/>
                <w:sz w:val="20"/>
                <w:szCs w:val="20"/>
                <w:lang w:val="en-US" w:eastAsia="en-US" w:bidi="ar-SA"/>
              </w:rPr>
            </w:r>
          </w:p>
        </w:tc>
      </w:tr>
      <w:tr>
        <w:trPr/>
        <w:tc>
          <w:tcPr>
            <w:tcW w:w="3120" w:type="dxa"/>
            <w:tcBorders/>
            <w:tcMar>
              <w:top w:w="150" w:type="dxa"/>
              <w:left w:w="110" w:type="dxa"/>
              <w:bottom w:w="150" w:type="dxa"/>
              <w:right w:w="110" w:type="dxa"/>
            </w:tcMar>
          </w:tcPr>
          <w:p>
            <w:pPr>
              <w:pStyle w:val="Normal"/>
              <w:widowControl/>
              <w:spacing w:lineRule="auto" w:line="240" w:before="0" w:after="120"/>
              <w:jc w:val="left"/>
              <w:rPr>
                <w:rFonts w:ascii="Times New Roman" w:hAnsi="Times New Roman" w:eastAsia="ＭＳ 明朝" w:cs=""/>
                <w:color w:val="auto"/>
                <w:kern w:val="0"/>
                <w:sz w:val="20"/>
                <w:szCs w:val="20"/>
                <w:lang w:val="en-US" w:eastAsia="en-US" w:bidi="ar-SA"/>
              </w:rPr>
            </w:pPr>
            <w:r>
              <w:rPr>
                <w:rFonts w:eastAsia="ＭＳ 明朝" w:cs="" w:ascii="Times New Roman" w:hAnsi="Times New Roman"/>
                <w:color w:val="auto"/>
                <w:kern w:val="0"/>
                <w:sz w:val="20"/>
                <w:szCs w:val="20"/>
                <w:lang w:val="en-US" w:eastAsia="en-US" w:bidi="ar-SA"/>
              </w:rPr>
              <w:t>Princípio geral</w:t>
            </w:r>
          </w:p>
        </w:tc>
        <w:tc>
          <w:tcPr>
            <w:tcW w:w="3120" w:type="dxa"/>
            <w:tcBorders/>
            <w:tcMar>
              <w:top w:w="150" w:type="dxa"/>
              <w:left w:w="110" w:type="dxa"/>
              <w:bottom w:w="150" w:type="dxa"/>
              <w:right w:w="110" w:type="dxa"/>
            </w:tcMar>
          </w:tcPr>
          <w:p>
            <w:pPr>
              <w:pStyle w:val="Normal"/>
              <w:widowControl/>
              <w:spacing w:lineRule="auto" w:line="240" w:before="0" w:after="120"/>
              <w:jc w:val="left"/>
              <w:rPr>
                <w:rFonts w:ascii="Times New Roman" w:hAnsi="Times New Roman" w:eastAsia="ＭＳ 明朝" w:cs=""/>
                <w:color w:val="auto"/>
                <w:kern w:val="0"/>
                <w:sz w:val="20"/>
                <w:szCs w:val="20"/>
                <w:lang w:val="en-US" w:eastAsia="en-US" w:bidi="ar-SA"/>
              </w:rPr>
            </w:pPr>
            <w:r>
              <w:rPr>
                <w:rFonts w:eastAsia="ＭＳ 明朝" w:cs="" w:ascii="Times New Roman" w:hAnsi="Times New Roman"/>
                <w:color w:val="auto"/>
                <w:kern w:val="0"/>
                <w:sz w:val="20"/>
                <w:szCs w:val="20"/>
                <w:lang w:val="en-US" w:eastAsia="en-US" w:bidi="ar-SA"/>
              </w:rPr>
            </w:r>
          </w:p>
        </w:tc>
        <w:tc>
          <w:tcPr>
            <w:tcW w:w="3120" w:type="dxa"/>
            <w:tcBorders/>
            <w:tcMar>
              <w:top w:w="150" w:type="dxa"/>
              <w:left w:w="110" w:type="dxa"/>
              <w:bottom w:w="150" w:type="dxa"/>
              <w:right w:w="110" w:type="dxa"/>
            </w:tcMar>
          </w:tcPr>
          <w:p>
            <w:pPr>
              <w:pStyle w:val="Normal"/>
              <w:widowControl/>
              <w:spacing w:lineRule="auto" w:line="240" w:before="0" w:after="120"/>
              <w:jc w:val="left"/>
              <w:rPr>
                <w:rFonts w:ascii="Times New Roman" w:hAnsi="Times New Roman" w:eastAsia="ＭＳ 明朝" w:cs=""/>
                <w:color w:val="auto"/>
                <w:kern w:val="0"/>
                <w:sz w:val="20"/>
                <w:szCs w:val="20"/>
                <w:lang w:val="en-US" w:eastAsia="en-US" w:bidi="ar-SA"/>
              </w:rPr>
            </w:pPr>
            <w:r>
              <w:rPr>
                <w:rFonts w:eastAsia="ＭＳ 明朝" w:cs="" w:ascii="Times New Roman" w:hAnsi="Times New Roman"/>
                <w:color w:val="auto"/>
                <w:kern w:val="0"/>
                <w:sz w:val="20"/>
                <w:szCs w:val="20"/>
                <w:lang w:val="en-US" w:eastAsia="en-US" w:bidi="ar-SA"/>
              </w:rPr>
            </w:r>
          </w:p>
        </w:tc>
      </w:tr>
      <w:tr>
        <w:trPr/>
        <w:tc>
          <w:tcPr>
            <w:tcW w:w="3120" w:type="dxa"/>
            <w:tcBorders/>
            <w:tcMar>
              <w:top w:w="150" w:type="dxa"/>
              <w:left w:w="110" w:type="dxa"/>
              <w:bottom w:w="150" w:type="dxa"/>
              <w:right w:w="110" w:type="dxa"/>
            </w:tcMar>
          </w:tcPr>
          <w:p>
            <w:pPr>
              <w:pStyle w:val="Normal"/>
              <w:widowControl/>
              <w:spacing w:lineRule="auto" w:line="240" w:before="0" w:after="120"/>
              <w:jc w:val="left"/>
              <w:rPr>
                <w:rFonts w:ascii="Times New Roman" w:hAnsi="Times New Roman" w:eastAsia="ＭＳ 明朝" w:cs=""/>
                <w:color w:val="auto"/>
                <w:kern w:val="0"/>
                <w:sz w:val="20"/>
                <w:szCs w:val="20"/>
                <w:lang w:val="en-US" w:eastAsia="en-US" w:bidi="ar-SA"/>
              </w:rPr>
            </w:pPr>
            <w:r>
              <w:rPr>
                <w:rFonts w:eastAsia="ＭＳ 明朝" w:cs="" w:ascii="Times New Roman" w:hAnsi="Times New Roman"/>
                <w:color w:val="auto"/>
                <w:kern w:val="0"/>
                <w:sz w:val="20"/>
                <w:szCs w:val="20"/>
                <w:lang w:val="en-US" w:eastAsia="en-US" w:bidi="ar-SA"/>
              </w:rPr>
              <w:t>Jurisprudência</w:t>
            </w:r>
          </w:p>
        </w:tc>
        <w:tc>
          <w:tcPr>
            <w:tcW w:w="3120" w:type="dxa"/>
            <w:tcBorders/>
            <w:tcMar>
              <w:top w:w="150" w:type="dxa"/>
              <w:left w:w="110" w:type="dxa"/>
              <w:bottom w:w="150" w:type="dxa"/>
              <w:right w:w="110" w:type="dxa"/>
            </w:tcMar>
          </w:tcPr>
          <w:p>
            <w:pPr>
              <w:pStyle w:val="Normal"/>
              <w:widowControl/>
              <w:spacing w:lineRule="auto" w:line="240" w:before="0" w:after="120"/>
              <w:jc w:val="left"/>
              <w:rPr>
                <w:rFonts w:ascii="Times New Roman" w:hAnsi="Times New Roman" w:eastAsia="ＭＳ 明朝" w:cs=""/>
                <w:color w:val="auto"/>
                <w:kern w:val="0"/>
                <w:sz w:val="20"/>
                <w:szCs w:val="20"/>
                <w:lang w:val="en-US" w:eastAsia="en-US" w:bidi="ar-SA"/>
              </w:rPr>
            </w:pPr>
            <w:r>
              <w:rPr>
                <w:rFonts w:eastAsia="ＭＳ 明朝" w:cs="" w:ascii="Times New Roman" w:hAnsi="Times New Roman"/>
                <w:color w:val="auto"/>
                <w:kern w:val="0"/>
                <w:sz w:val="20"/>
                <w:szCs w:val="20"/>
                <w:lang w:val="en-US" w:eastAsia="en-US" w:bidi="ar-SA"/>
              </w:rPr>
            </w:r>
          </w:p>
        </w:tc>
        <w:tc>
          <w:tcPr>
            <w:tcW w:w="3120" w:type="dxa"/>
            <w:tcBorders/>
            <w:tcMar>
              <w:top w:w="150" w:type="dxa"/>
              <w:left w:w="110" w:type="dxa"/>
              <w:bottom w:w="150" w:type="dxa"/>
              <w:right w:w="110" w:type="dxa"/>
            </w:tcMar>
          </w:tcPr>
          <w:p>
            <w:pPr>
              <w:pStyle w:val="Normal"/>
              <w:widowControl/>
              <w:spacing w:lineRule="auto" w:line="240" w:before="0" w:after="120"/>
              <w:jc w:val="left"/>
              <w:rPr>
                <w:rFonts w:ascii="Times New Roman" w:hAnsi="Times New Roman" w:eastAsia="ＭＳ 明朝" w:cs=""/>
                <w:color w:val="auto"/>
                <w:kern w:val="0"/>
                <w:sz w:val="20"/>
                <w:szCs w:val="20"/>
                <w:lang w:val="en-US" w:eastAsia="en-US" w:bidi="ar-SA"/>
              </w:rPr>
            </w:pPr>
            <w:r>
              <w:rPr>
                <w:rFonts w:eastAsia="ＭＳ 明朝" w:cs="" w:ascii="Times New Roman" w:hAnsi="Times New Roman"/>
                <w:color w:val="auto"/>
                <w:kern w:val="0"/>
                <w:sz w:val="20"/>
                <w:szCs w:val="20"/>
                <w:lang w:val="en-US" w:eastAsia="en-US" w:bidi="ar-SA"/>
              </w:rPr>
            </w:r>
          </w:p>
        </w:tc>
      </w:tr>
      <w:tr>
        <w:trPr/>
        <w:tc>
          <w:tcPr>
            <w:tcW w:w="3120" w:type="dxa"/>
            <w:tcBorders/>
            <w:tcMar>
              <w:top w:w="150" w:type="dxa"/>
              <w:left w:w="110" w:type="dxa"/>
              <w:bottom w:w="150" w:type="dxa"/>
              <w:right w:w="110" w:type="dxa"/>
            </w:tcMar>
          </w:tcPr>
          <w:p>
            <w:pPr>
              <w:pStyle w:val="Normal"/>
              <w:widowControl/>
              <w:spacing w:lineRule="auto" w:line="240" w:before="0" w:after="120"/>
              <w:jc w:val="left"/>
              <w:rPr>
                <w:rFonts w:ascii="Times New Roman" w:hAnsi="Times New Roman" w:eastAsia="ＭＳ 明朝" w:cs=""/>
                <w:color w:val="auto"/>
                <w:kern w:val="0"/>
                <w:sz w:val="20"/>
                <w:szCs w:val="20"/>
                <w:lang w:val="en-US" w:eastAsia="en-US" w:bidi="ar-SA"/>
              </w:rPr>
            </w:pPr>
            <w:r>
              <w:rPr>
                <w:rFonts w:eastAsia="ＭＳ 明朝" w:cs="" w:ascii="Times New Roman" w:hAnsi="Times New Roman"/>
                <w:color w:val="auto"/>
                <w:kern w:val="0"/>
                <w:sz w:val="20"/>
                <w:szCs w:val="20"/>
                <w:lang w:val="en-US" w:eastAsia="en-US" w:bidi="ar-SA"/>
              </w:rPr>
              <w:t>Doutrina</w:t>
            </w:r>
          </w:p>
        </w:tc>
        <w:tc>
          <w:tcPr>
            <w:tcW w:w="3120" w:type="dxa"/>
            <w:tcBorders/>
            <w:tcMar>
              <w:top w:w="150" w:type="dxa"/>
              <w:left w:w="110" w:type="dxa"/>
              <w:bottom w:w="150" w:type="dxa"/>
              <w:right w:w="110" w:type="dxa"/>
            </w:tcMar>
          </w:tcPr>
          <w:p>
            <w:pPr>
              <w:pStyle w:val="Normal"/>
              <w:widowControl/>
              <w:spacing w:lineRule="auto" w:line="240" w:before="0" w:after="120"/>
              <w:jc w:val="left"/>
              <w:rPr>
                <w:rFonts w:ascii="Times New Roman" w:hAnsi="Times New Roman" w:eastAsia="ＭＳ 明朝" w:cs=""/>
                <w:color w:val="auto"/>
                <w:kern w:val="0"/>
                <w:sz w:val="20"/>
                <w:szCs w:val="20"/>
                <w:lang w:val="en-US" w:eastAsia="en-US" w:bidi="ar-SA"/>
              </w:rPr>
            </w:pPr>
            <w:r>
              <w:rPr>
                <w:rFonts w:eastAsia="ＭＳ 明朝" w:cs="" w:ascii="Times New Roman" w:hAnsi="Times New Roman"/>
                <w:color w:val="auto"/>
                <w:kern w:val="0"/>
                <w:sz w:val="20"/>
                <w:szCs w:val="20"/>
                <w:lang w:val="en-US" w:eastAsia="en-US" w:bidi="ar-SA"/>
              </w:rPr>
            </w:r>
          </w:p>
        </w:tc>
        <w:tc>
          <w:tcPr>
            <w:tcW w:w="3120" w:type="dxa"/>
            <w:tcBorders/>
            <w:tcMar>
              <w:top w:w="150" w:type="dxa"/>
              <w:left w:w="110" w:type="dxa"/>
              <w:bottom w:w="150" w:type="dxa"/>
              <w:right w:w="110" w:type="dxa"/>
            </w:tcMar>
          </w:tcPr>
          <w:p>
            <w:pPr>
              <w:pStyle w:val="Normal"/>
              <w:widowControl/>
              <w:spacing w:lineRule="auto" w:line="240" w:before="0" w:after="120"/>
              <w:jc w:val="left"/>
              <w:rPr>
                <w:rFonts w:ascii="Times New Roman" w:hAnsi="Times New Roman" w:eastAsia="ＭＳ 明朝" w:cs=""/>
                <w:color w:val="auto"/>
                <w:kern w:val="0"/>
                <w:sz w:val="20"/>
                <w:szCs w:val="20"/>
                <w:lang w:val="en-US" w:eastAsia="en-US" w:bidi="ar-SA"/>
              </w:rPr>
            </w:pPr>
            <w:r>
              <w:rPr>
                <w:rFonts w:eastAsia="ＭＳ 明朝" w:cs="" w:ascii="Times New Roman" w:hAnsi="Times New Roman"/>
                <w:color w:val="auto"/>
                <w:kern w:val="0"/>
                <w:sz w:val="20"/>
                <w:szCs w:val="20"/>
                <w:lang w:val="en-US" w:eastAsia="en-US" w:bidi="ar-SA"/>
              </w:rPr>
            </w:r>
          </w:p>
        </w:tc>
      </w:tr>
      <w:tr>
        <w:trPr/>
        <w:tc>
          <w:tcPr>
            <w:tcW w:w="3120" w:type="dxa"/>
            <w:tcBorders/>
            <w:tcMar>
              <w:top w:w="150" w:type="dxa"/>
              <w:left w:w="110" w:type="dxa"/>
              <w:bottom w:w="150" w:type="dxa"/>
              <w:right w:w="110" w:type="dxa"/>
            </w:tcMar>
          </w:tcPr>
          <w:p>
            <w:pPr>
              <w:pStyle w:val="Normal"/>
              <w:widowControl/>
              <w:spacing w:lineRule="auto" w:line="240" w:before="0" w:after="120"/>
              <w:jc w:val="left"/>
              <w:rPr>
                <w:rFonts w:ascii="Times New Roman" w:hAnsi="Times New Roman" w:eastAsia="ＭＳ 明朝" w:cs=""/>
                <w:color w:val="auto"/>
                <w:kern w:val="0"/>
                <w:sz w:val="20"/>
                <w:szCs w:val="20"/>
                <w:lang w:val="en-US" w:eastAsia="en-US" w:bidi="ar-SA"/>
              </w:rPr>
            </w:pPr>
            <w:r>
              <w:rPr>
                <w:rFonts w:eastAsia="ＭＳ 明朝" w:cs="" w:ascii="Times New Roman" w:hAnsi="Times New Roman"/>
                <w:color w:val="auto"/>
                <w:kern w:val="0"/>
                <w:sz w:val="20"/>
                <w:szCs w:val="20"/>
                <w:lang w:val="en-US" w:eastAsia="en-US" w:bidi="ar-SA"/>
              </w:rPr>
              <w:t>Outra fonte</w:t>
            </w:r>
          </w:p>
        </w:tc>
        <w:tc>
          <w:tcPr>
            <w:tcW w:w="3120" w:type="dxa"/>
            <w:tcBorders/>
            <w:tcMar>
              <w:top w:w="150" w:type="dxa"/>
              <w:left w:w="110" w:type="dxa"/>
              <w:bottom w:w="150" w:type="dxa"/>
              <w:right w:w="110" w:type="dxa"/>
            </w:tcMar>
          </w:tcPr>
          <w:p>
            <w:pPr>
              <w:pStyle w:val="Normal"/>
              <w:widowControl/>
              <w:spacing w:lineRule="auto" w:line="240" w:before="0" w:after="120"/>
              <w:jc w:val="left"/>
              <w:rPr>
                <w:rFonts w:ascii="Times New Roman" w:hAnsi="Times New Roman" w:eastAsia="ＭＳ 明朝" w:cs=""/>
                <w:color w:val="auto"/>
                <w:kern w:val="0"/>
                <w:sz w:val="20"/>
                <w:szCs w:val="20"/>
                <w:lang w:val="en-US" w:eastAsia="en-US" w:bidi="ar-SA"/>
              </w:rPr>
            </w:pPr>
            <w:r>
              <w:rPr>
                <w:rFonts w:eastAsia="ＭＳ 明朝" w:cs="" w:ascii="Times New Roman" w:hAnsi="Times New Roman"/>
                <w:color w:val="auto"/>
                <w:kern w:val="0"/>
                <w:sz w:val="20"/>
                <w:szCs w:val="20"/>
                <w:lang w:val="en-US" w:eastAsia="en-US" w:bidi="ar-SA"/>
              </w:rPr>
            </w:r>
          </w:p>
        </w:tc>
        <w:tc>
          <w:tcPr>
            <w:tcW w:w="3120" w:type="dxa"/>
            <w:tcBorders/>
            <w:tcMar>
              <w:top w:w="150" w:type="dxa"/>
              <w:left w:w="110" w:type="dxa"/>
              <w:bottom w:w="150" w:type="dxa"/>
              <w:right w:w="110" w:type="dxa"/>
            </w:tcMar>
          </w:tcPr>
          <w:p>
            <w:pPr>
              <w:pStyle w:val="Normal"/>
              <w:widowControl/>
              <w:spacing w:lineRule="auto" w:line="240" w:before="0" w:after="120"/>
              <w:jc w:val="left"/>
              <w:rPr>
                <w:rFonts w:ascii="Times New Roman" w:hAnsi="Times New Roman" w:eastAsia="ＭＳ 明朝" w:cs=""/>
                <w:color w:val="auto"/>
                <w:kern w:val="0"/>
                <w:sz w:val="20"/>
                <w:szCs w:val="20"/>
                <w:lang w:val="en-US" w:eastAsia="en-US" w:bidi="ar-SA"/>
              </w:rPr>
            </w:pPr>
            <w:r>
              <w:rPr>
                <w:rFonts w:eastAsia="ＭＳ 明朝" w:cs="" w:ascii="Times New Roman" w:hAnsi="Times New Roman"/>
                <w:color w:val="auto"/>
                <w:kern w:val="0"/>
                <w:sz w:val="20"/>
                <w:szCs w:val="20"/>
                <w:lang w:val="en-US" w:eastAsia="en-US" w:bidi="ar-SA"/>
              </w:rPr>
            </w:r>
          </w:p>
        </w:tc>
      </w:tr>
    </w:tbl>
    <w:p>
      <w:pPr>
        <w:pStyle w:val="Heading1"/>
        <w:spacing w:lineRule="auto" w:line="240"/>
        <w:rPr>
          <w:rFonts w:ascii="Times New Roman" w:hAnsi="Times New Roman"/>
          <w:color w:val="auto"/>
          <w:sz w:val="20"/>
          <w:szCs w:val="20"/>
        </w:rPr>
      </w:pPr>
      <w:r>
        <w:rPr>
          <w:rFonts w:ascii="Times New Roman" w:hAnsi="Times New Roman"/>
          <w:color w:val="auto"/>
          <w:sz w:val="20"/>
          <w:szCs w:val="20"/>
        </w:rPr>
        <w:t>8. Decisão ou desfecho</w:t>
      </w:r>
    </w:p>
    <w:p>
      <w:pPr>
        <w:pStyle w:val="Normal"/>
        <w:keepNext w:val="true"/>
        <w:spacing w:lineRule="auto" w:line="240" w:before="120" w:after="60"/>
        <w:rPr>
          <w:rFonts w:ascii="Times New Roman" w:hAnsi="Times New Roman"/>
          <w:color w:val="auto"/>
          <w:sz w:val="20"/>
          <w:szCs w:val="20"/>
        </w:rPr>
      </w:pPr>
      <w:r>
        <w:rPr>
          <w:rFonts w:ascii="Times New Roman" w:hAnsi="Times New Roman"/>
          <w:b/>
          <w:color w:val="auto"/>
          <w:sz w:val="20"/>
          <w:szCs w:val="20"/>
        </w:rPr>
        <w:t>8.1 O que foi decidido ou acordado?</w:t>
      </w:r>
    </w:p>
    <w:tbl>
      <w:tblPr>
        <w:tblStyle w:val="TableGrid"/>
        <w:tblW w:w="9360" w:type="dxa"/>
        <w:jc w:val="left"/>
        <w:tblInd w:w="12" w:type="dxa"/>
        <w:tblLayout w:type="fixed"/>
        <w:tblCellMar>
          <w:top w:w="120" w:type="dxa"/>
          <w:left w:w="120" w:type="dxa"/>
          <w:bottom w:w="120" w:type="dxa"/>
          <w:right w:w="120" w:type="dxa"/>
        </w:tblCellMar>
        <w:tblLook w:firstRow="1" w:noVBand="1" w:lastRow="0" w:firstColumn="1" w:lastColumn="0" w:noHBand="0" w:val="04a0"/>
      </w:tblPr>
      <w:tblGrid>
        <w:gridCol w:w="9360"/>
      </w:tblGrid>
      <w:tr>
        <w:trPr/>
        <w:tc>
          <w:tcPr>
            <w:tcW w:w="9360" w:type="dxa"/>
            <w:tcBorders/>
          </w:tcPr>
          <w:p>
            <w:pPr>
              <w:pStyle w:val="Normal"/>
              <w:widowControl/>
              <w:spacing w:lineRule="auto" w:line="240" w:before="0" w:after="120"/>
              <w:jc w:val="left"/>
              <w:rPr>
                <w:rFonts w:ascii="Times New Roman" w:hAnsi="Times New Roman" w:eastAsia="ＭＳ 明朝" w:cs=""/>
                <w:color w:val="auto"/>
                <w:kern w:val="0"/>
                <w:sz w:val="20"/>
                <w:szCs w:val="20"/>
                <w:lang w:val="en-US" w:eastAsia="en-US" w:bidi="ar-SA"/>
              </w:rPr>
            </w:pPr>
            <w:r>
              <w:rPr>
                <w:rFonts w:eastAsia="ＭＳ 明朝" w:cs="" w:ascii="Times New Roman" w:hAnsi="Times New Roman"/>
                <w:color w:val="auto"/>
                <w:kern w:val="0"/>
                <w:sz w:val="20"/>
                <w:szCs w:val="20"/>
                <w:lang w:val="en-US" w:eastAsia="en-US" w:bidi="ar-SA"/>
              </w:rPr>
            </w:r>
          </w:p>
        </w:tc>
      </w:tr>
      <w:tr>
        <w:trPr/>
        <w:tc>
          <w:tcPr>
            <w:tcW w:w="9360" w:type="dxa"/>
            <w:tcBorders/>
          </w:tcPr>
          <w:p>
            <w:pPr>
              <w:pStyle w:val="Normal"/>
              <w:widowControl/>
              <w:spacing w:lineRule="auto" w:line="240" w:before="0" w:after="120"/>
              <w:jc w:val="left"/>
              <w:rPr>
                <w:rFonts w:ascii="Times New Roman" w:hAnsi="Times New Roman" w:eastAsia="ＭＳ 明朝" w:cs=""/>
                <w:color w:val="auto"/>
                <w:kern w:val="0"/>
                <w:sz w:val="20"/>
                <w:szCs w:val="20"/>
                <w:lang w:val="en-US" w:eastAsia="en-US" w:bidi="ar-SA"/>
              </w:rPr>
            </w:pPr>
            <w:r>
              <w:rPr>
                <w:rFonts w:eastAsia="ＭＳ 明朝" w:cs="" w:ascii="Times New Roman" w:hAnsi="Times New Roman"/>
                <w:color w:val="auto"/>
                <w:kern w:val="0"/>
                <w:sz w:val="20"/>
                <w:szCs w:val="20"/>
                <w:lang w:val="en-US" w:eastAsia="en-US" w:bidi="ar-SA"/>
              </w:rPr>
            </w:r>
          </w:p>
        </w:tc>
      </w:tr>
      <w:tr>
        <w:trPr/>
        <w:tc>
          <w:tcPr>
            <w:tcW w:w="9360" w:type="dxa"/>
            <w:tcBorders/>
          </w:tcPr>
          <w:p>
            <w:pPr>
              <w:pStyle w:val="Normal"/>
              <w:widowControl/>
              <w:spacing w:lineRule="auto" w:line="240" w:before="0" w:after="120"/>
              <w:jc w:val="left"/>
              <w:rPr>
                <w:rFonts w:ascii="Times New Roman" w:hAnsi="Times New Roman" w:eastAsia="ＭＳ 明朝" w:cs=""/>
                <w:color w:val="auto"/>
                <w:kern w:val="0"/>
                <w:sz w:val="20"/>
                <w:szCs w:val="20"/>
                <w:lang w:val="en-US" w:eastAsia="en-US" w:bidi="ar-SA"/>
              </w:rPr>
            </w:pPr>
            <w:r>
              <w:rPr>
                <w:rFonts w:eastAsia="ＭＳ 明朝" w:cs="" w:ascii="Times New Roman" w:hAnsi="Times New Roman"/>
                <w:color w:val="auto"/>
                <w:kern w:val="0"/>
                <w:sz w:val="20"/>
                <w:szCs w:val="20"/>
                <w:lang w:val="en-US" w:eastAsia="en-US" w:bidi="ar-SA"/>
              </w:rPr>
            </w:r>
          </w:p>
        </w:tc>
      </w:tr>
      <w:tr>
        <w:trPr/>
        <w:tc>
          <w:tcPr>
            <w:tcW w:w="9360" w:type="dxa"/>
            <w:tcBorders/>
          </w:tcPr>
          <w:p>
            <w:pPr>
              <w:pStyle w:val="Normal"/>
              <w:widowControl/>
              <w:spacing w:lineRule="auto" w:line="240" w:before="0" w:after="120"/>
              <w:jc w:val="left"/>
              <w:rPr>
                <w:rFonts w:ascii="Times New Roman" w:hAnsi="Times New Roman" w:eastAsia="ＭＳ 明朝" w:cs=""/>
                <w:color w:val="auto"/>
                <w:kern w:val="0"/>
                <w:sz w:val="20"/>
                <w:szCs w:val="20"/>
                <w:lang w:val="en-US" w:eastAsia="en-US" w:bidi="ar-SA"/>
              </w:rPr>
            </w:pPr>
            <w:r>
              <w:rPr>
                <w:rFonts w:eastAsia="ＭＳ 明朝" w:cs="" w:ascii="Times New Roman" w:hAnsi="Times New Roman"/>
                <w:color w:val="auto"/>
                <w:kern w:val="0"/>
                <w:sz w:val="20"/>
                <w:szCs w:val="20"/>
                <w:lang w:val="en-US" w:eastAsia="en-US" w:bidi="ar-SA"/>
              </w:rPr>
            </w:r>
          </w:p>
        </w:tc>
      </w:tr>
    </w:tbl>
    <w:p>
      <w:pPr>
        <w:pStyle w:val="Normal"/>
        <w:keepNext w:val="true"/>
        <w:spacing w:lineRule="auto" w:line="240" w:before="120" w:after="60"/>
        <w:rPr>
          <w:rFonts w:ascii="Times New Roman" w:hAnsi="Times New Roman"/>
          <w:color w:val="auto"/>
          <w:sz w:val="20"/>
          <w:szCs w:val="20"/>
        </w:rPr>
      </w:pPr>
      <w:r>
        <w:rPr>
          <w:rFonts w:ascii="Times New Roman" w:hAnsi="Times New Roman"/>
          <w:b/>
          <w:color w:val="auto"/>
          <w:sz w:val="20"/>
          <w:szCs w:val="20"/>
        </w:rPr>
        <w:t>8.2 Quais fundamentos foram determinantes?</w:t>
      </w:r>
    </w:p>
    <w:tbl>
      <w:tblPr>
        <w:tblStyle w:val="TableGrid"/>
        <w:tblW w:w="9360" w:type="dxa"/>
        <w:jc w:val="left"/>
        <w:tblInd w:w="12" w:type="dxa"/>
        <w:tblLayout w:type="fixed"/>
        <w:tblCellMar>
          <w:top w:w="120" w:type="dxa"/>
          <w:left w:w="120" w:type="dxa"/>
          <w:bottom w:w="120" w:type="dxa"/>
          <w:right w:w="120" w:type="dxa"/>
        </w:tblCellMar>
        <w:tblLook w:firstRow="1" w:noVBand="1" w:lastRow="0" w:firstColumn="1" w:lastColumn="0" w:noHBand="0" w:val="04a0"/>
      </w:tblPr>
      <w:tblGrid>
        <w:gridCol w:w="9360"/>
      </w:tblGrid>
      <w:tr>
        <w:trPr/>
        <w:tc>
          <w:tcPr>
            <w:tcW w:w="9360" w:type="dxa"/>
            <w:tcBorders/>
          </w:tcPr>
          <w:p>
            <w:pPr>
              <w:pStyle w:val="Normal"/>
              <w:widowControl/>
              <w:spacing w:lineRule="auto" w:line="240" w:before="0" w:after="120"/>
              <w:jc w:val="left"/>
              <w:rPr>
                <w:rFonts w:ascii="Times New Roman" w:hAnsi="Times New Roman" w:eastAsia="ＭＳ 明朝" w:cs=""/>
                <w:color w:val="auto"/>
                <w:kern w:val="0"/>
                <w:sz w:val="20"/>
                <w:szCs w:val="20"/>
                <w:lang w:val="en-US" w:eastAsia="en-US" w:bidi="ar-SA"/>
              </w:rPr>
            </w:pPr>
            <w:r>
              <w:rPr>
                <w:rFonts w:eastAsia="ＭＳ 明朝" w:cs="" w:ascii="Times New Roman" w:hAnsi="Times New Roman"/>
                <w:color w:val="auto"/>
                <w:kern w:val="0"/>
                <w:sz w:val="20"/>
                <w:szCs w:val="20"/>
                <w:lang w:val="en-US" w:eastAsia="en-US" w:bidi="ar-SA"/>
              </w:rPr>
            </w:r>
          </w:p>
        </w:tc>
      </w:tr>
      <w:tr>
        <w:trPr/>
        <w:tc>
          <w:tcPr>
            <w:tcW w:w="9360" w:type="dxa"/>
            <w:tcBorders/>
          </w:tcPr>
          <w:p>
            <w:pPr>
              <w:pStyle w:val="Normal"/>
              <w:widowControl/>
              <w:spacing w:lineRule="auto" w:line="240" w:before="0" w:after="120"/>
              <w:jc w:val="left"/>
              <w:rPr>
                <w:rFonts w:ascii="Times New Roman" w:hAnsi="Times New Roman" w:eastAsia="ＭＳ 明朝" w:cs=""/>
                <w:color w:val="auto"/>
                <w:kern w:val="0"/>
                <w:sz w:val="20"/>
                <w:szCs w:val="20"/>
                <w:lang w:val="en-US" w:eastAsia="en-US" w:bidi="ar-SA"/>
              </w:rPr>
            </w:pPr>
            <w:r>
              <w:rPr>
                <w:rFonts w:eastAsia="ＭＳ 明朝" w:cs="" w:ascii="Times New Roman" w:hAnsi="Times New Roman"/>
                <w:color w:val="auto"/>
                <w:kern w:val="0"/>
                <w:sz w:val="20"/>
                <w:szCs w:val="20"/>
                <w:lang w:val="en-US" w:eastAsia="en-US" w:bidi="ar-SA"/>
              </w:rPr>
            </w:r>
          </w:p>
        </w:tc>
      </w:tr>
      <w:tr>
        <w:trPr/>
        <w:tc>
          <w:tcPr>
            <w:tcW w:w="9360" w:type="dxa"/>
            <w:tcBorders/>
          </w:tcPr>
          <w:p>
            <w:pPr>
              <w:pStyle w:val="Normal"/>
              <w:widowControl/>
              <w:spacing w:lineRule="auto" w:line="240" w:before="0" w:after="120"/>
              <w:jc w:val="left"/>
              <w:rPr>
                <w:rFonts w:ascii="Times New Roman" w:hAnsi="Times New Roman" w:eastAsia="ＭＳ 明朝" w:cs=""/>
                <w:color w:val="auto"/>
                <w:kern w:val="0"/>
                <w:sz w:val="20"/>
                <w:szCs w:val="20"/>
                <w:lang w:val="en-US" w:eastAsia="en-US" w:bidi="ar-SA"/>
              </w:rPr>
            </w:pPr>
            <w:r>
              <w:rPr>
                <w:rFonts w:eastAsia="ＭＳ 明朝" w:cs="" w:ascii="Times New Roman" w:hAnsi="Times New Roman"/>
                <w:color w:val="auto"/>
                <w:kern w:val="0"/>
                <w:sz w:val="20"/>
                <w:szCs w:val="20"/>
                <w:lang w:val="en-US" w:eastAsia="en-US" w:bidi="ar-SA"/>
              </w:rPr>
            </w:r>
          </w:p>
        </w:tc>
      </w:tr>
      <w:tr>
        <w:trPr/>
        <w:tc>
          <w:tcPr>
            <w:tcW w:w="9360" w:type="dxa"/>
            <w:tcBorders/>
          </w:tcPr>
          <w:p>
            <w:pPr>
              <w:pStyle w:val="Normal"/>
              <w:widowControl/>
              <w:spacing w:lineRule="auto" w:line="240" w:before="0" w:after="120"/>
              <w:jc w:val="left"/>
              <w:rPr>
                <w:rFonts w:ascii="Times New Roman" w:hAnsi="Times New Roman" w:eastAsia="ＭＳ 明朝" w:cs=""/>
                <w:color w:val="auto"/>
                <w:kern w:val="0"/>
                <w:sz w:val="20"/>
                <w:szCs w:val="20"/>
                <w:lang w:val="en-US" w:eastAsia="en-US" w:bidi="ar-SA"/>
              </w:rPr>
            </w:pPr>
            <w:r>
              <w:rPr>
                <w:rFonts w:eastAsia="ＭＳ 明朝" w:cs="" w:ascii="Times New Roman" w:hAnsi="Times New Roman"/>
                <w:color w:val="auto"/>
                <w:kern w:val="0"/>
                <w:sz w:val="20"/>
                <w:szCs w:val="20"/>
                <w:lang w:val="en-US" w:eastAsia="en-US" w:bidi="ar-SA"/>
              </w:rPr>
            </w:r>
          </w:p>
        </w:tc>
      </w:tr>
    </w:tbl>
    <w:p>
      <w:pPr>
        <w:pStyle w:val="Normal"/>
        <w:keepNext w:val="true"/>
        <w:spacing w:lineRule="auto" w:line="240" w:before="120" w:after="60"/>
        <w:rPr>
          <w:rFonts w:ascii="Times New Roman" w:hAnsi="Times New Roman"/>
          <w:color w:val="auto"/>
          <w:sz w:val="20"/>
          <w:szCs w:val="20"/>
        </w:rPr>
      </w:pPr>
      <w:r>
        <w:rPr>
          <w:rFonts w:ascii="Times New Roman" w:hAnsi="Times New Roman"/>
          <w:b/>
          <w:color w:val="auto"/>
          <w:sz w:val="20"/>
          <w:szCs w:val="20"/>
        </w:rPr>
        <w:t>8.3 Quais efeitos, obrigações ou reparações resultaram?</w:t>
      </w:r>
    </w:p>
    <w:tbl>
      <w:tblPr>
        <w:tblStyle w:val="TableGrid"/>
        <w:tblW w:w="9360" w:type="dxa"/>
        <w:jc w:val="left"/>
        <w:tblInd w:w="12" w:type="dxa"/>
        <w:tblLayout w:type="fixed"/>
        <w:tblCellMar>
          <w:top w:w="120" w:type="dxa"/>
          <w:left w:w="120" w:type="dxa"/>
          <w:bottom w:w="120" w:type="dxa"/>
          <w:right w:w="120" w:type="dxa"/>
        </w:tblCellMar>
        <w:tblLook w:firstRow="1" w:noVBand="1" w:lastRow="0" w:firstColumn="1" w:lastColumn="0" w:noHBand="0" w:val="04a0"/>
      </w:tblPr>
      <w:tblGrid>
        <w:gridCol w:w="9360"/>
      </w:tblGrid>
      <w:tr>
        <w:trPr/>
        <w:tc>
          <w:tcPr>
            <w:tcW w:w="9360" w:type="dxa"/>
            <w:tcBorders/>
          </w:tcPr>
          <w:p>
            <w:pPr>
              <w:pStyle w:val="Normal"/>
              <w:widowControl/>
              <w:spacing w:lineRule="auto" w:line="240" w:before="0" w:after="120"/>
              <w:jc w:val="left"/>
              <w:rPr>
                <w:rFonts w:ascii="Times New Roman" w:hAnsi="Times New Roman" w:eastAsia="ＭＳ 明朝" w:cs=""/>
                <w:color w:val="auto"/>
                <w:kern w:val="0"/>
                <w:sz w:val="20"/>
                <w:szCs w:val="20"/>
                <w:lang w:val="en-US" w:eastAsia="en-US" w:bidi="ar-SA"/>
              </w:rPr>
            </w:pPr>
            <w:r>
              <w:rPr>
                <w:rFonts w:eastAsia="ＭＳ 明朝" w:cs="" w:ascii="Times New Roman" w:hAnsi="Times New Roman"/>
                <w:color w:val="auto"/>
                <w:kern w:val="0"/>
                <w:sz w:val="20"/>
                <w:szCs w:val="20"/>
                <w:lang w:val="en-US" w:eastAsia="en-US" w:bidi="ar-SA"/>
              </w:rPr>
            </w:r>
          </w:p>
        </w:tc>
      </w:tr>
      <w:tr>
        <w:trPr/>
        <w:tc>
          <w:tcPr>
            <w:tcW w:w="9360" w:type="dxa"/>
            <w:tcBorders/>
          </w:tcPr>
          <w:p>
            <w:pPr>
              <w:pStyle w:val="Normal"/>
              <w:widowControl/>
              <w:spacing w:lineRule="auto" w:line="240" w:before="0" w:after="120"/>
              <w:jc w:val="left"/>
              <w:rPr>
                <w:rFonts w:ascii="Times New Roman" w:hAnsi="Times New Roman" w:eastAsia="ＭＳ 明朝" w:cs=""/>
                <w:color w:val="auto"/>
                <w:kern w:val="0"/>
                <w:sz w:val="20"/>
                <w:szCs w:val="20"/>
                <w:lang w:val="en-US" w:eastAsia="en-US" w:bidi="ar-SA"/>
              </w:rPr>
            </w:pPr>
            <w:r>
              <w:rPr>
                <w:rFonts w:eastAsia="ＭＳ 明朝" w:cs="" w:ascii="Times New Roman" w:hAnsi="Times New Roman"/>
                <w:color w:val="auto"/>
                <w:kern w:val="0"/>
                <w:sz w:val="20"/>
                <w:szCs w:val="20"/>
                <w:lang w:val="en-US" w:eastAsia="en-US" w:bidi="ar-SA"/>
              </w:rPr>
            </w:r>
          </w:p>
        </w:tc>
      </w:tr>
      <w:tr>
        <w:trPr/>
        <w:tc>
          <w:tcPr>
            <w:tcW w:w="9360" w:type="dxa"/>
            <w:tcBorders/>
          </w:tcPr>
          <w:p>
            <w:pPr>
              <w:pStyle w:val="Normal"/>
              <w:widowControl/>
              <w:spacing w:lineRule="auto" w:line="240" w:before="0" w:after="120"/>
              <w:jc w:val="left"/>
              <w:rPr>
                <w:rFonts w:ascii="Times New Roman" w:hAnsi="Times New Roman" w:eastAsia="ＭＳ 明朝" w:cs=""/>
                <w:color w:val="auto"/>
                <w:kern w:val="0"/>
                <w:sz w:val="20"/>
                <w:szCs w:val="20"/>
                <w:lang w:val="en-US" w:eastAsia="en-US" w:bidi="ar-SA"/>
              </w:rPr>
            </w:pPr>
            <w:r>
              <w:rPr>
                <w:rFonts w:eastAsia="ＭＳ 明朝" w:cs="" w:ascii="Times New Roman" w:hAnsi="Times New Roman"/>
                <w:color w:val="auto"/>
                <w:kern w:val="0"/>
                <w:sz w:val="20"/>
                <w:szCs w:val="20"/>
                <w:lang w:val="en-US" w:eastAsia="en-US" w:bidi="ar-SA"/>
              </w:rPr>
            </w:r>
          </w:p>
        </w:tc>
      </w:tr>
    </w:tbl>
    <w:p>
      <w:pPr>
        <w:pStyle w:val="Heading1"/>
        <w:spacing w:lineRule="auto" w:line="240"/>
        <w:rPr>
          <w:rFonts w:ascii="Times New Roman" w:hAnsi="Times New Roman"/>
          <w:color w:val="auto"/>
          <w:sz w:val="20"/>
          <w:szCs w:val="20"/>
        </w:rPr>
      </w:pPr>
      <w:r>
        <w:rPr>
          <w:rFonts w:ascii="Times New Roman" w:hAnsi="Times New Roman"/>
          <w:color w:val="auto"/>
          <w:sz w:val="20"/>
          <w:szCs w:val="20"/>
        </w:rPr>
        <w:t>9. Responsabilidade internacional</w:t>
      </w:r>
    </w:p>
    <w:tbl>
      <w:tblPr>
        <w:tblStyle w:val="TableGrid"/>
        <w:tblW w:w="9360" w:type="dxa"/>
        <w:jc w:val="left"/>
        <w:tblInd w:w="2" w:type="dxa"/>
        <w:tblLayout w:type="fixed"/>
        <w:tblCellMar>
          <w:top w:w="135" w:type="dxa"/>
          <w:left w:w="110" w:type="dxa"/>
          <w:bottom w:w="135" w:type="dxa"/>
          <w:right w:w="110" w:type="dxa"/>
        </w:tblCellMar>
        <w:tblLook w:firstRow="1" w:noVBand="1" w:lastRow="0" w:firstColumn="1" w:lastColumn="0" w:noHBand="0" w:val="04a0"/>
      </w:tblPr>
      <w:tblGrid>
        <w:gridCol w:w="4680"/>
        <w:gridCol w:w="4679"/>
      </w:tblGrid>
      <w:tr>
        <w:trPr/>
        <w:tc>
          <w:tcPr>
            <w:tcW w:w="4680" w:type="dxa"/>
            <w:tcBorders/>
            <w:shd w:fill="E8EEF5"/>
          </w:tcPr>
          <w:p>
            <w:pPr>
              <w:pStyle w:val="Normal"/>
              <w:widowControl/>
              <w:spacing w:lineRule="auto" w:line="240" w:before="0" w:after="120"/>
              <w:jc w:val="left"/>
              <w:rPr>
                <w:rFonts w:ascii="Times New Roman" w:hAnsi="Times New Roman" w:eastAsia="ＭＳ 明朝" w:cs=""/>
                <w:color w:val="auto"/>
                <w:kern w:val="0"/>
                <w:sz w:val="20"/>
                <w:szCs w:val="20"/>
                <w:lang w:val="en-US" w:eastAsia="en-US" w:bidi="ar-SA"/>
              </w:rPr>
            </w:pPr>
            <w:r>
              <w:rPr>
                <w:rFonts w:eastAsia="ＭＳ 明朝" w:cs="" w:ascii="Times New Roman" w:hAnsi="Times New Roman"/>
                <w:b/>
                <w:color w:val="auto"/>
                <w:kern w:val="0"/>
                <w:sz w:val="20"/>
                <w:szCs w:val="20"/>
                <w:lang w:val="en-US" w:eastAsia="en-US" w:bidi="ar-SA"/>
              </w:rPr>
              <w:t>Sujeito possivelmente responsável</w:t>
            </w:r>
          </w:p>
        </w:tc>
        <w:tc>
          <w:tcPr>
            <w:tcW w:w="4679" w:type="dxa"/>
            <w:tcBorders/>
          </w:tcPr>
          <w:p>
            <w:pPr>
              <w:pStyle w:val="Normal"/>
              <w:widowControl/>
              <w:spacing w:lineRule="auto" w:line="240" w:before="0" w:after="120"/>
              <w:jc w:val="left"/>
              <w:rPr>
                <w:rFonts w:ascii="Times New Roman" w:hAnsi="Times New Roman" w:eastAsia="ＭＳ 明朝" w:cs=""/>
                <w:color w:val="auto"/>
                <w:kern w:val="0"/>
                <w:sz w:val="20"/>
                <w:szCs w:val="20"/>
                <w:lang w:val="en-US" w:eastAsia="en-US" w:bidi="ar-SA"/>
              </w:rPr>
            </w:pPr>
            <w:r>
              <w:rPr>
                <w:rFonts w:eastAsia="ＭＳ 明朝" w:cs="" w:ascii="Times New Roman" w:hAnsi="Times New Roman"/>
                <w:color w:val="auto"/>
                <w:kern w:val="0"/>
                <w:sz w:val="20"/>
                <w:szCs w:val="20"/>
                <w:lang w:val="en-US" w:eastAsia="en-US" w:bidi="ar-SA"/>
              </w:rPr>
            </w:r>
          </w:p>
        </w:tc>
      </w:tr>
      <w:tr>
        <w:trPr/>
        <w:tc>
          <w:tcPr>
            <w:tcW w:w="4680" w:type="dxa"/>
            <w:tcBorders/>
            <w:shd w:fill="E8EEF5"/>
          </w:tcPr>
          <w:p>
            <w:pPr>
              <w:pStyle w:val="Normal"/>
              <w:widowControl/>
              <w:spacing w:lineRule="auto" w:line="240" w:before="0" w:after="120"/>
              <w:jc w:val="left"/>
              <w:rPr>
                <w:rFonts w:ascii="Times New Roman" w:hAnsi="Times New Roman" w:eastAsia="ＭＳ 明朝" w:cs=""/>
                <w:color w:val="auto"/>
                <w:kern w:val="0"/>
                <w:sz w:val="20"/>
                <w:szCs w:val="20"/>
                <w:lang w:val="en-US" w:eastAsia="en-US" w:bidi="ar-SA"/>
              </w:rPr>
            </w:pPr>
            <w:r>
              <w:rPr>
                <w:rFonts w:eastAsia="ＭＳ 明朝" w:cs="" w:ascii="Times New Roman" w:hAnsi="Times New Roman"/>
                <w:b/>
                <w:color w:val="auto"/>
                <w:kern w:val="0"/>
                <w:sz w:val="20"/>
                <w:szCs w:val="20"/>
                <w:lang w:val="en-US" w:eastAsia="en-US" w:bidi="ar-SA"/>
              </w:rPr>
              <w:t>Obrigação internacional relevante</w:t>
            </w:r>
          </w:p>
        </w:tc>
        <w:tc>
          <w:tcPr>
            <w:tcW w:w="4679" w:type="dxa"/>
            <w:tcBorders/>
          </w:tcPr>
          <w:p>
            <w:pPr>
              <w:pStyle w:val="Normal"/>
              <w:widowControl/>
              <w:spacing w:lineRule="auto" w:line="240" w:before="0" w:after="120"/>
              <w:jc w:val="left"/>
              <w:rPr>
                <w:rFonts w:ascii="Times New Roman" w:hAnsi="Times New Roman" w:eastAsia="ＭＳ 明朝" w:cs=""/>
                <w:color w:val="auto"/>
                <w:kern w:val="0"/>
                <w:sz w:val="20"/>
                <w:szCs w:val="20"/>
                <w:lang w:val="en-US" w:eastAsia="en-US" w:bidi="ar-SA"/>
              </w:rPr>
            </w:pPr>
            <w:r>
              <w:rPr>
                <w:rFonts w:eastAsia="ＭＳ 明朝" w:cs="" w:ascii="Times New Roman" w:hAnsi="Times New Roman"/>
                <w:color w:val="auto"/>
                <w:kern w:val="0"/>
                <w:sz w:val="20"/>
                <w:szCs w:val="20"/>
                <w:lang w:val="en-US" w:eastAsia="en-US" w:bidi="ar-SA"/>
              </w:rPr>
            </w:r>
          </w:p>
        </w:tc>
      </w:tr>
      <w:tr>
        <w:trPr/>
        <w:tc>
          <w:tcPr>
            <w:tcW w:w="4680" w:type="dxa"/>
            <w:tcBorders/>
            <w:shd w:fill="E8EEF5"/>
          </w:tcPr>
          <w:p>
            <w:pPr>
              <w:pStyle w:val="Normal"/>
              <w:widowControl/>
              <w:spacing w:lineRule="auto" w:line="240" w:before="0" w:after="120"/>
              <w:jc w:val="left"/>
              <w:rPr>
                <w:rFonts w:ascii="Times New Roman" w:hAnsi="Times New Roman" w:eastAsia="ＭＳ 明朝" w:cs=""/>
                <w:color w:val="auto"/>
                <w:kern w:val="0"/>
                <w:sz w:val="20"/>
                <w:szCs w:val="20"/>
                <w:lang w:val="en-US" w:eastAsia="en-US" w:bidi="ar-SA"/>
              </w:rPr>
            </w:pPr>
            <w:r>
              <w:rPr>
                <w:rFonts w:eastAsia="ＭＳ 明朝" w:cs="" w:ascii="Times New Roman" w:hAnsi="Times New Roman"/>
                <w:b/>
                <w:color w:val="auto"/>
                <w:kern w:val="0"/>
                <w:sz w:val="20"/>
                <w:szCs w:val="20"/>
                <w:lang w:val="en-US" w:eastAsia="en-US" w:bidi="ar-SA"/>
              </w:rPr>
              <w:t>Conduta e atribuição</w:t>
            </w:r>
          </w:p>
        </w:tc>
        <w:tc>
          <w:tcPr>
            <w:tcW w:w="4679" w:type="dxa"/>
            <w:tcBorders/>
          </w:tcPr>
          <w:p>
            <w:pPr>
              <w:pStyle w:val="Normal"/>
              <w:widowControl/>
              <w:spacing w:lineRule="auto" w:line="240" w:before="0" w:after="120"/>
              <w:jc w:val="left"/>
              <w:rPr>
                <w:rFonts w:ascii="Times New Roman" w:hAnsi="Times New Roman" w:eastAsia="ＭＳ 明朝" w:cs=""/>
                <w:color w:val="auto"/>
                <w:kern w:val="0"/>
                <w:sz w:val="20"/>
                <w:szCs w:val="20"/>
                <w:lang w:val="en-US" w:eastAsia="en-US" w:bidi="ar-SA"/>
              </w:rPr>
            </w:pPr>
            <w:r>
              <w:rPr>
                <w:rFonts w:eastAsia="ＭＳ 明朝" w:cs="" w:ascii="Times New Roman" w:hAnsi="Times New Roman"/>
                <w:color w:val="auto"/>
                <w:kern w:val="0"/>
                <w:sz w:val="20"/>
                <w:szCs w:val="20"/>
                <w:lang w:val="en-US" w:eastAsia="en-US" w:bidi="ar-SA"/>
              </w:rPr>
            </w:r>
          </w:p>
        </w:tc>
      </w:tr>
      <w:tr>
        <w:trPr/>
        <w:tc>
          <w:tcPr>
            <w:tcW w:w="4680" w:type="dxa"/>
            <w:tcBorders/>
            <w:shd w:fill="E8EEF5"/>
          </w:tcPr>
          <w:p>
            <w:pPr>
              <w:pStyle w:val="Normal"/>
              <w:widowControl/>
              <w:spacing w:lineRule="auto" w:line="240" w:before="0" w:after="120"/>
              <w:jc w:val="left"/>
              <w:rPr>
                <w:rFonts w:ascii="Times New Roman" w:hAnsi="Times New Roman" w:eastAsia="ＭＳ 明朝" w:cs=""/>
                <w:color w:val="auto"/>
                <w:kern w:val="0"/>
                <w:sz w:val="20"/>
                <w:szCs w:val="20"/>
                <w:lang w:val="en-US" w:eastAsia="en-US" w:bidi="ar-SA"/>
              </w:rPr>
            </w:pPr>
            <w:r>
              <w:rPr>
                <w:rFonts w:eastAsia="ＭＳ 明朝" w:cs="" w:ascii="Times New Roman" w:hAnsi="Times New Roman"/>
                <w:b/>
                <w:color w:val="auto"/>
                <w:kern w:val="0"/>
                <w:sz w:val="20"/>
                <w:szCs w:val="20"/>
                <w:lang w:val="en-US" w:eastAsia="en-US" w:bidi="ar-SA"/>
              </w:rPr>
              <w:t>Dano ou consequência</w:t>
            </w:r>
          </w:p>
        </w:tc>
        <w:tc>
          <w:tcPr>
            <w:tcW w:w="4679" w:type="dxa"/>
            <w:tcBorders/>
          </w:tcPr>
          <w:p>
            <w:pPr>
              <w:pStyle w:val="Normal"/>
              <w:widowControl/>
              <w:spacing w:lineRule="auto" w:line="240" w:before="0" w:after="120"/>
              <w:jc w:val="left"/>
              <w:rPr>
                <w:rFonts w:ascii="Times New Roman" w:hAnsi="Times New Roman" w:eastAsia="ＭＳ 明朝" w:cs=""/>
                <w:color w:val="auto"/>
                <w:kern w:val="0"/>
                <w:sz w:val="20"/>
                <w:szCs w:val="20"/>
                <w:lang w:val="en-US" w:eastAsia="en-US" w:bidi="ar-SA"/>
              </w:rPr>
            </w:pPr>
            <w:r>
              <w:rPr>
                <w:rFonts w:eastAsia="ＭＳ 明朝" w:cs="" w:ascii="Times New Roman" w:hAnsi="Times New Roman"/>
                <w:color w:val="auto"/>
                <w:kern w:val="0"/>
                <w:sz w:val="20"/>
                <w:szCs w:val="20"/>
                <w:lang w:val="en-US" w:eastAsia="en-US" w:bidi="ar-SA"/>
              </w:rPr>
            </w:r>
          </w:p>
        </w:tc>
      </w:tr>
      <w:tr>
        <w:trPr/>
        <w:tc>
          <w:tcPr>
            <w:tcW w:w="4680" w:type="dxa"/>
            <w:tcBorders/>
            <w:shd w:fill="E8EEF5"/>
          </w:tcPr>
          <w:p>
            <w:pPr>
              <w:pStyle w:val="Normal"/>
              <w:widowControl/>
              <w:spacing w:lineRule="auto" w:line="240" w:before="0" w:after="120"/>
              <w:jc w:val="left"/>
              <w:rPr>
                <w:rFonts w:ascii="Times New Roman" w:hAnsi="Times New Roman" w:eastAsia="ＭＳ 明朝" w:cs=""/>
                <w:color w:val="auto"/>
                <w:kern w:val="0"/>
                <w:sz w:val="20"/>
                <w:szCs w:val="20"/>
                <w:lang w:val="en-US" w:eastAsia="en-US" w:bidi="ar-SA"/>
              </w:rPr>
            </w:pPr>
            <w:r>
              <w:rPr>
                <w:rFonts w:eastAsia="ＭＳ 明朝" w:cs="" w:ascii="Times New Roman" w:hAnsi="Times New Roman"/>
                <w:b/>
                <w:color w:val="auto"/>
                <w:kern w:val="0"/>
                <w:sz w:val="20"/>
                <w:szCs w:val="20"/>
                <w:lang w:val="en-US" w:eastAsia="en-US" w:bidi="ar-SA"/>
              </w:rPr>
              <w:t>Cessação e reparação possíveis</w:t>
            </w:r>
          </w:p>
        </w:tc>
        <w:tc>
          <w:tcPr>
            <w:tcW w:w="4679" w:type="dxa"/>
            <w:tcBorders/>
          </w:tcPr>
          <w:p>
            <w:pPr>
              <w:pStyle w:val="Normal"/>
              <w:widowControl/>
              <w:spacing w:lineRule="auto" w:line="240" w:before="0" w:after="120"/>
              <w:jc w:val="left"/>
              <w:rPr>
                <w:rFonts w:ascii="Times New Roman" w:hAnsi="Times New Roman" w:eastAsia="ＭＳ 明朝" w:cs=""/>
                <w:color w:val="auto"/>
                <w:kern w:val="0"/>
                <w:sz w:val="20"/>
                <w:szCs w:val="20"/>
                <w:lang w:val="en-US" w:eastAsia="en-US" w:bidi="ar-SA"/>
              </w:rPr>
            </w:pPr>
            <w:r>
              <w:rPr>
                <w:rFonts w:eastAsia="ＭＳ 明朝" w:cs="" w:ascii="Times New Roman" w:hAnsi="Times New Roman"/>
                <w:color w:val="auto"/>
                <w:kern w:val="0"/>
                <w:sz w:val="20"/>
                <w:szCs w:val="20"/>
                <w:lang w:val="en-US" w:eastAsia="en-US" w:bidi="ar-SA"/>
              </w:rPr>
            </w:r>
          </w:p>
        </w:tc>
      </w:tr>
    </w:tbl>
    <w:p>
      <w:pPr>
        <w:pStyle w:val="Heading1"/>
        <w:spacing w:lineRule="auto" w:line="240" w:before="0" w:after="160"/>
        <w:rPr>
          <w:rFonts w:ascii="Times New Roman" w:hAnsi="Times New Roman"/>
          <w:color w:val="auto"/>
          <w:sz w:val="20"/>
          <w:szCs w:val="20"/>
        </w:rPr>
      </w:pPr>
      <w:r>
        <w:rPr>
          <w:rFonts w:ascii="Times New Roman" w:hAnsi="Times New Roman"/>
          <w:color w:val="auto"/>
          <w:sz w:val="20"/>
          <w:szCs w:val="20"/>
        </w:rPr>
      </w:r>
    </w:p>
    <w:p>
      <w:pPr>
        <w:pStyle w:val="Heading1"/>
        <w:spacing w:lineRule="auto" w:line="240" w:before="0" w:after="160"/>
        <w:rPr>
          <w:rFonts w:ascii="Times New Roman" w:hAnsi="Times New Roman"/>
          <w:color w:val="auto"/>
          <w:sz w:val="20"/>
          <w:szCs w:val="20"/>
        </w:rPr>
      </w:pPr>
      <w:r>
        <w:rPr>
          <w:rFonts w:ascii="Times New Roman" w:hAnsi="Times New Roman"/>
          <w:color w:val="auto"/>
          <w:sz w:val="20"/>
          <w:szCs w:val="20"/>
        </w:rPr>
        <w:t>10. Conexões teóricas</w:t>
      </w:r>
    </w:p>
    <w:p>
      <w:pPr>
        <w:pStyle w:val="ListBullet"/>
        <w:numPr>
          <w:ilvl w:val="0"/>
          <w:numId w:val="1"/>
        </w:numPr>
        <w:spacing w:lineRule="auto" w:line="240"/>
        <w:rPr>
          <w:rFonts w:ascii="Times New Roman" w:hAnsi="Times New Roman"/>
          <w:color w:val="auto"/>
          <w:sz w:val="20"/>
          <w:szCs w:val="20"/>
        </w:rPr>
      </w:pPr>
      <w:r>
        <w:rPr>
          <w:rFonts w:ascii="Times New Roman" w:hAnsi="Times New Roman"/>
          <w:b/>
          <w:color w:val="auto"/>
          <w:sz w:val="20"/>
          <w:szCs w:val="20"/>
        </w:rPr>
        <w:t>Soberania e seus limites</w:t>
      </w:r>
      <w:r>
        <w:rPr>
          <w:rFonts w:ascii="Times New Roman" w:hAnsi="Times New Roman"/>
          <w:color w:val="auto"/>
          <w:sz w:val="20"/>
          <w:szCs w:val="20"/>
        </w:rPr>
        <w:t>: ____________________________________________________________________________</w:t>
      </w:r>
    </w:p>
    <w:p>
      <w:pPr>
        <w:pStyle w:val="ListBullet"/>
        <w:numPr>
          <w:ilvl w:val="0"/>
          <w:numId w:val="1"/>
        </w:numPr>
        <w:spacing w:lineRule="auto" w:line="240"/>
        <w:rPr>
          <w:rFonts w:ascii="Times New Roman" w:hAnsi="Times New Roman"/>
          <w:color w:val="auto"/>
          <w:sz w:val="20"/>
          <w:szCs w:val="20"/>
        </w:rPr>
      </w:pPr>
      <w:r>
        <w:rPr>
          <w:rFonts w:ascii="Times New Roman" w:hAnsi="Times New Roman"/>
          <w:b/>
          <w:color w:val="auto"/>
          <w:sz w:val="20"/>
          <w:szCs w:val="20"/>
        </w:rPr>
        <w:t>Personalidade e capacidade internacional</w:t>
      </w:r>
      <w:r>
        <w:rPr>
          <w:rFonts w:ascii="Times New Roman" w:hAnsi="Times New Roman"/>
          <w:color w:val="auto"/>
          <w:sz w:val="20"/>
          <w:szCs w:val="20"/>
        </w:rPr>
        <w:t>: ____________________________________________________________________________</w:t>
      </w:r>
    </w:p>
    <w:p>
      <w:pPr>
        <w:pStyle w:val="ListBullet"/>
        <w:numPr>
          <w:ilvl w:val="0"/>
          <w:numId w:val="1"/>
        </w:numPr>
        <w:spacing w:lineRule="auto" w:line="240"/>
        <w:rPr>
          <w:rFonts w:ascii="Times New Roman" w:hAnsi="Times New Roman"/>
          <w:color w:val="auto"/>
          <w:sz w:val="20"/>
          <w:szCs w:val="20"/>
        </w:rPr>
      </w:pPr>
      <w:r>
        <w:rPr>
          <w:rFonts w:ascii="Times New Roman" w:hAnsi="Times New Roman"/>
          <w:b/>
          <w:color w:val="auto"/>
          <w:sz w:val="20"/>
          <w:szCs w:val="20"/>
        </w:rPr>
        <w:t>Reconhecimento e autodeterminação</w:t>
      </w:r>
      <w:r>
        <w:rPr>
          <w:rFonts w:ascii="Times New Roman" w:hAnsi="Times New Roman"/>
          <w:color w:val="auto"/>
          <w:sz w:val="20"/>
          <w:szCs w:val="20"/>
        </w:rPr>
        <w:t>: ____________________________________________________________________________</w:t>
      </w:r>
    </w:p>
    <w:p>
      <w:pPr>
        <w:pStyle w:val="ListBullet"/>
        <w:numPr>
          <w:ilvl w:val="0"/>
          <w:numId w:val="1"/>
        </w:numPr>
        <w:spacing w:lineRule="auto" w:line="240"/>
        <w:rPr>
          <w:rFonts w:ascii="Times New Roman" w:hAnsi="Times New Roman"/>
          <w:color w:val="auto"/>
          <w:sz w:val="20"/>
          <w:szCs w:val="20"/>
        </w:rPr>
      </w:pPr>
      <w:r>
        <w:rPr>
          <w:rFonts w:ascii="Times New Roman" w:hAnsi="Times New Roman"/>
          <w:b/>
          <w:color w:val="auto"/>
          <w:sz w:val="20"/>
          <w:szCs w:val="20"/>
        </w:rPr>
        <w:t>Direitos humanos e proteção da pessoa</w:t>
      </w:r>
      <w:r>
        <w:rPr>
          <w:rFonts w:ascii="Times New Roman" w:hAnsi="Times New Roman"/>
          <w:color w:val="auto"/>
          <w:sz w:val="20"/>
          <w:szCs w:val="20"/>
        </w:rPr>
        <w:t>: ____________________________________________________________________________</w:t>
      </w:r>
    </w:p>
    <w:p>
      <w:pPr>
        <w:pStyle w:val="ListBullet"/>
        <w:numPr>
          <w:ilvl w:val="0"/>
          <w:numId w:val="1"/>
        </w:numPr>
        <w:spacing w:lineRule="auto" w:line="240"/>
        <w:rPr>
          <w:rFonts w:ascii="Times New Roman" w:hAnsi="Times New Roman"/>
          <w:color w:val="auto"/>
          <w:sz w:val="20"/>
          <w:szCs w:val="20"/>
        </w:rPr>
      </w:pPr>
      <w:r>
        <w:rPr>
          <w:rFonts w:ascii="Times New Roman" w:hAnsi="Times New Roman"/>
          <w:b/>
          <w:color w:val="auto"/>
          <w:sz w:val="20"/>
          <w:szCs w:val="20"/>
        </w:rPr>
        <w:t>Jus cogens e obrigações erga omnes</w:t>
      </w:r>
      <w:r>
        <w:rPr>
          <w:rFonts w:ascii="Times New Roman" w:hAnsi="Times New Roman"/>
          <w:color w:val="auto"/>
          <w:sz w:val="20"/>
          <w:szCs w:val="20"/>
        </w:rPr>
        <w:t>: ____________________________________________________________________________</w:t>
      </w:r>
    </w:p>
    <w:p>
      <w:pPr>
        <w:pStyle w:val="ListBullet"/>
        <w:numPr>
          <w:ilvl w:val="0"/>
          <w:numId w:val="1"/>
        </w:numPr>
        <w:spacing w:lineRule="auto" w:line="240"/>
        <w:rPr>
          <w:rFonts w:ascii="Times New Roman" w:hAnsi="Times New Roman"/>
          <w:color w:val="auto"/>
          <w:sz w:val="20"/>
          <w:szCs w:val="20"/>
        </w:rPr>
      </w:pPr>
      <w:r>
        <w:rPr>
          <w:rFonts w:ascii="Times New Roman" w:hAnsi="Times New Roman"/>
          <w:b/>
          <w:color w:val="auto"/>
          <w:sz w:val="20"/>
          <w:szCs w:val="20"/>
        </w:rPr>
        <w:t>Relação entre Direito Internacional e direito interno</w:t>
      </w:r>
      <w:r>
        <w:rPr>
          <w:rFonts w:ascii="Times New Roman" w:hAnsi="Times New Roman"/>
          <w:color w:val="auto"/>
          <w:sz w:val="20"/>
          <w:szCs w:val="20"/>
        </w:rPr>
        <w:t>: ____________________________________________________________________________</w:t>
      </w:r>
    </w:p>
    <w:p>
      <w:pPr>
        <w:pStyle w:val="Heading1"/>
        <w:spacing w:lineRule="auto" w:line="240"/>
        <w:rPr>
          <w:rFonts w:ascii="Times New Roman" w:hAnsi="Times New Roman"/>
          <w:color w:val="auto"/>
          <w:sz w:val="20"/>
          <w:szCs w:val="20"/>
        </w:rPr>
      </w:pPr>
      <w:r>
        <w:rPr>
          <w:rFonts w:ascii="Times New Roman" w:hAnsi="Times New Roman"/>
          <w:color w:val="auto"/>
          <w:sz w:val="20"/>
          <w:szCs w:val="20"/>
        </w:rPr>
        <w:t>11. Análise crítica</w:t>
      </w:r>
    </w:p>
    <w:p>
      <w:pPr>
        <w:pStyle w:val="Normal"/>
        <w:keepNext w:val="true"/>
        <w:spacing w:lineRule="auto" w:line="240" w:before="120" w:after="60"/>
        <w:rPr>
          <w:rFonts w:ascii="Times New Roman" w:hAnsi="Times New Roman"/>
          <w:color w:val="auto"/>
          <w:sz w:val="20"/>
          <w:szCs w:val="20"/>
        </w:rPr>
      </w:pPr>
      <w:r>
        <w:rPr>
          <w:rFonts w:ascii="Times New Roman" w:hAnsi="Times New Roman"/>
          <w:b/>
          <w:color w:val="auto"/>
          <w:sz w:val="20"/>
          <w:szCs w:val="20"/>
        </w:rPr>
        <w:t>11.1 Você concorda com o desfecho? Fundamente juridicamente.</w:t>
      </w:r>
    </w:p>
    <w:tbl>
      <w:tblPr>
        <w:tblStyle w:val="TableGrid"/>
        <w:tblW w:w="9360" w:type="dxa"/>
        <w:jc w:val="left"/>
        <w:tblInd w:w="12" w:type="dxa"/>
        <w:tblLayout w:type="fixed"/>
        <w:tblCellMar>
          <w:top w:w="120" w:type="dxa"/>
          <w:left w:w="120" w:type="dxa"/>
          <w:bottom w:w="120" w:type="dxa"/>
          <w:right w:w="120" w:type="dxa"/>
        </w:tblCellMar>
        <w:tblLook w:firstRow="1" w:noVBand="1" w:lastRow="0" w:firstColumn="1" w:lastColumn="0" w:noHBand="0" w:val="04a0"/>
      </w:tblPr>
      <w:tblGrid>
        <w:gridCol w:w="9360"/>
      </w:tblGrid>
      <w:tr>
        <w:trPr/>
        <w:tc>
          <w:tcPr>
            <w:tcW w:w="9360" w:type="dxa"/>
            <w:tcBorders/>
          </w:tcPr>
          <w:p>
            <w:pPr>
              <w:pStyle w:val="Normal"/>
              <w:widowControl/>
              <w:spacing w:lineRule="auto" w:line="240" w:before="0" w:after="120"/>
              <w:jc w:val="left"/>
              <w:rPr>
                <w:rFonts w:ascii="Times New Roman" w:hAnsi="Times New Roman" w:eastAsia="ＭＳ 明朝" w:cs=""/>
                <w:color w:val="auto"/>
                <w:kern w:val="0"/>
                <w:sz w:val="20"/>
                <w:szCs w:val="20"/>
                <w:lang w:val="en-US" w:eastAsia="en-US" w:bidi="ar-SA"/>
              </w:rPr>
            </w:pPr>
            <w:r>
              <w:rPr>
                <w:rFonts w:eastAsia="ＭＳ 明朝" w:cs="" w:ascii="Times New Roman" w:hAnsi="Times New Roman"/>
                <w:color w:val="auto"/>
                <w:kern w:val="0"/>
                <w:sz w:val="20"/>
                <w:szCs w:val="20"/>
                <w:lang w:val="en-US" w:eastAsia="en-US" w:bidi="ar-SA"/>
              </w:rPr>
            </w:r>
          </w:p>
        </w:tc>
      </w:tr>
      <w:tr>
        <w:trPr/>
        <w:tc>
          <w:tcPr>
            <w:tcW w:w="9360" w:type="dxa"/>
            <w:tcBorders/>
          </w:tcPr>
          <w:p>
            <w:pPr>
              <w:pStyle w:val="Normal"/>
              <w:widowControl/>
              <w:spacing w:lineRule="auto" w:line="240" w:before="0" w:after="120"/>
              <w:jc w:val="left"/>
              <w:rPr>
                <w:rFonts w:ascii="Times New Roman" w:hAnsi="Times New Roman" w:eastAsia="ＭＳ 明朝" w:cs=""/>
                <w:color w:val="auto"/>
                <w:kern w:val="0"/>
                <w:sz w:val="20"/>
                <w:szCs w:val="20"/>
                <w:lang w:val="en-US" w:eastAsia="en-US" w:bidi="ar-SA"/>
              </w:rPr>
            </w:pPr>
            <w:r>
              <w:rPr>
                <w:rFonts w:eastAsia="ＭＳ 明朝" w:cs="" w:ascii="Times New Roman" w:hAnsi="Times New Roman"/>
                <w:color w:val="auto"/>
                <w:kern w:val="0"/>
                <w:sz w:val="20"/>
                <w:szCs w:val="20"/>
                <w:lang w:val="en-US" w:eastAsia="en-US" w:bidi="ar-SA"/>
              </w:rPr>
            </w:r>
          </w:p>
        </w:tc>
      </w:tr>
      <w:tr>
        <w:trPr/>
        <w:tc>
          <w:tcPr>
            <w:tcW w:w="9360" w:type="dxa"/>
            <w:tcBorders/>
          </w:tcPr>
          <w:p>
            <w:pPr>
              <w:pStyle w:val="Normal"/>
              <w:widowControl/>
              <w:spacing w:lineRule="auto" w:line="240" w:before="0" w:after="120"/>
              <w:jc w:val="left"/>
              <w:rPr>
                <w:rFonts w:ascii="Times New Roman" w:hAnsi="Times New Roman" w:eastAsia="ＭＳ 明朝" w:cs=""/>
                <w:color w:val="auto"/>
                <w:kern w:val="0"/>
                <w:sz w:val="20"/>
                <w:szCs w:val="20"/>
                <w:lang w:val="en-US" w:eastAsia="en-US" w:bidi="ar-SA"/>
              </w:rPr>
            </w:pPr>
            <w:r>
              <w:rPr>
                <w:rFonts w:eastAsia="ＭＳ 明朝" w:cs="" w:ascii="Times New Roman" w:hAnsi="Times New Roman"/>
                <w:color w:val="auto"/>
                <w:kern w:val="0"/>
                <w:sz w:val="20"/>
                <w:szCs w:val="20"/>
                <w:lang w:val="en-US" w:eastAsia="en-US" w:bidi="ar-SA"/>
              </w:rPr>
            </w:r>
          </w:p>
        </w:tc>
      </w:tr>
      <w:tr>
        <w:trPr/>
        <w:tc>
          <w:tcPr>
            <w:tcW w:w="9360" w:type="dxa"/>
            <w:tcBorders/>
          </w:tcPr>
          <w:p>
            <w:pPr>
              <w:pStyle w:val="Normal"/>
              <w:widowControl/>
              <w:spacing w:lineRule="auto" w:line="240" w:before="0" w:after="120"/>
              <w:jc w:val="left"/>
              <w:rPr>
                <w:rFonts w:ascii="Times New Roman" w:hAnsi="Times New Roman" w:eastAsia="ＭＳ 明朝" w:cs=""/>
                <w:color w:val="auto"/>
                <w:kern w:val="0"/>
                <w:sz w:val="20"/>
                <w:szCs w:val="20"/>
                <w:lang w:val="en-US" w:eastAsia="en-US" w:bidi="ar-SA"/>
              </w:rPr>
            </w:pPr>
            <w:r>
              <w:rPr>
                <w:rFonts w:eastAsia="ＭＳ 明朝" w:cs="" w:ascii="Times New Roman" w:hAnsi="Times New Roman"/>
                <w:color w:val="auto"/>
                <w:kern w:val="0"/>
                <w:sz w:val="20"/>
                <w:szCs w:val="20"/>
                <w:lang w:val="en-US" w:eastAsia="en-US" w:bidi="ar-SA"/>
              </w:rPr>
            </w:r>
          </w:p>
        </w:tc>
      </w:tr>
    </w:tbl>
    <w:p>
      <w:pPr>
        <w:pStyle w:val="Normal"/>
        <w:keepNext w:val="true"/>
        <w:spacing w:lineRule="auto" w:line="240" w:before="120" w:after="60"/>
        <w:rPr>
          <w:rFonts w:ascii="Times New Roman" w:hAnsi="Times New Roman"/>
          <w:color w:val="auto"/>
          <w:sz w:val="20"/>
          <w:szCs w:val="20"/>
        </w:rPr>
      </w:pPr>
      <w:r>
        <w:rPr>
          <w:rFonts w:ascii="Times New Roman" w:hAnsi="Times New Roman"/>
          <w:b/>
          <w:color w:val="auto"/>
          <w:sz w:val="20"/>
          <w:szCs w:val="20"/>
        </w:rPr>
        <w:t>11.2 Qual é a principal crítica ou controvérsia associada ao caso?</w:t>
      </w:r>
    </w:p>
    <w:tbl>
      <w:tblPr>
        <w:tblStyle w:val="TableGrid"/>
        <w:tblW w:w="9360" w:type="dxa"/>
        <w:jc w:val="left"/>
        <w:tblInd w:w="12" w:type="dxa"/>
        <w:tblLayout w:type="fixed"/>
        <w:tblCellMar>
          <w:top w:w="120" w:type="dxa"/>
          <w:left w:w="120" w:type="dxa"/>
          <w:bottom w:w="120" w:type="dxa"/>
          <w:right w:w="120" w:type="dxa"/>
        </w:tblCellMar>
        <w:tblLook w:firstRow="1" w:noVBand="1" w:lastRow="0" w:firstColumn="1" w:lastColumn="0" w:noHBand="0" w:val="04a0"/>
      </w:tblPr>
      <w:tblGrid>
        <w:gridCol w:w="9360"/>
      </w:tblGrid>
      <w:tr>
        <w:trPr/>
        <w:tc>
          <w:tcPr>
            <w:tcW w:w="9360" w:type="dxa"/>
            <w:tcBorders/>
          </w:tcPr>
          <w:p>
            <w:pPr>
              <w:pStyle w:val="Normal"/>
              <w:widowControl/>
              <w:spacing w:lineRule="auto" w:line="240" w:before="0" w:after="120"/>
              <w:jc w:val="left"/>
              <w:rPr>
                <w:rFonts w:ascii="Times New Roman" w:hAnsi="Times New Roman" w:eastAsia="ＭＳ 明朝" w:cs=""/>
                <w:color w:val="auto"/>
                <w:kern w:val="0"/>
                <w:sz w:val="20"/>
                <w:szCs w:val="20"/>
                <w:lang w:val="en-US" w:eastAsia="en-US" w:bidi="ar-SA"/>
              </w:rPr>
            </w:pPr>
            <w:r>
              <w:rPr>
                <w:rFonts w:eastAsia="ＭＳ 明朝" w:cs="" w:ascii="Times New Roman" w:hAnsi="Times New Roman"/>
                <w:color w:val="auto"/>
                <w:kern w:val="0"/>
                <w:sz w:val="20"/>
                <w:szCs w:val="20"/>
                <w:lang w:val="en-US" w:eastAsia="en-US" w:bidi="ar-SA"/>
              </w:rPr>
            </w:r>
          </w:p>
        </w:tc>
      </w:tr>
      <w:tr>
        <w:trPr/>
        <w:tc>
          <w:tcPr>
            <w:tcW w:w="9360" w:type="dxa"/>
            <w:tcBorders/>
          </w:tcPr>
          <w:p>
            <w:pPr>
              <w:pStyle w:val="Normal"/>
              <w:widowControl/>
              <w:spacing w:lineRule="auto" w:line="240" w:before="0" w:after="120"/>
              <w:jc w:val="left"/>
              <w:rPr>
                <w:rFonts w:ascii="Times New Roman" w:hAnsi="Times New Roman" w:eastAsia="ＭＳ 明朝" w:cs=""/>
                <w:color w:val="auto"/>
                <w:kern w:val="0"/>
                <w:sz w:val="20"/>
                <w:szCs w:val="20"/>
                <w:lang w:val="en-US" w:eastAsia="en-US" w:bidi="ar-SA"/>
              </w:rPr>
            </w:pPr>
            <w:r>
              <w:rPr>
                <w:rFonts w:eastAsia="ＭＳ 明朝" w:cs="" w:ascii="Times New Roman" w:hAnsi="Times New Roman"/>
                <w:color w:val="auto"/>
                <w:kern w:val="0"/>
                <w:sz w:val="20"/>
                <w:szCs w:val="20"/>
                <w:lang w:val="en-US" w:eastAsia="en-US" w:bidi="ar-SA"/>
              </w:rPr>
            </w:r>
          </w:p>
        </w:tc>
      </w:tr>
      <w:tr>
        <w:trPr/>
        <w:tc>
          <w:tcPr>
            <w:tcW w:w="9360" w:type="dxa"/>
            <w:tcBorders/>
          </w:tcPr>
          <w:p>
            <w:pPr>
              <w:pStyle w:val="Normal"/>
              <w:widowControl/>
              <w:spacing w:lineRule="auto" w:line="240" w:before="0" w:after="120"/>
              <w:jc w:val="left"/>
              <w:rPr>
                <w:rFonts w:ascii="Times New Roman" w:hAnsi="Times New Roman" w:eastAsia="ＭＳ 明朝" w:cs=""/>
                <w:color w:val="auto"/>
                <w:kern w:val="0"/>
                <w:sz w:val="20"/>
                <w:szCs w:val="20"/>
                <w:lang w:val="en-US" w:eastAsia="en-US" w:bidi="ar-SA"/>
              </w:rPr>
            </w:pPr>
            <w:r>
              <w:rPr>
                <w:rFonts w:eastAsia="ＭＳ 明朝" w:cs="" w:ascii="Times New Roman" w:hAnsi="Times New Roman"/>
                <w:color w:val="auto"/>
                <w:kern w:val="0"/>
                <w:sz w:val="20"/>
                <w:szCs w:val="20"/>
                <w:lang w:val="en-US" w:eastAsia="en-US" w:bidi="ar-SA"/>
              </w:rPr>
            </w:r>
          </w:p>
        </w:tc>
      </w:tr>
    </w:tbl>
    <w:p>
      <w:pPr>
        <w:pStyle w:val="Normal"/>
        <w:keepNext w:val="true"/>
        <w:spacing w:lineRule="auto" w:line="240" w:before="120" w:after="60"/>
        <w:rPr>
          <w:rFonts w:ascii="Times New Roman" w:hAnsi="Times New Roman"/>
          <w:color w:val="auto"/>
          <w:sz w:val="20"/>
          <w:szCs w:val="20"/>
        </w:rPr>
      </w:pPr>
      <w:r>
        <w:rPr>
          <w:rFonts w:ascii="Times New Roman" w:hAnsi="Times New Roman"/>
          <w:b/>
          <w:color w:val="auto"/>
          <w:sz w:val="20"/>
          <w:szCs w:val="20"/>
        </w:rPr>
        <w:t>11.3 Que interesse ou sujeito recebeu proteção insuficiente?</w:t>
      </w:r>
    </w:p>
    <w:tbl>
      <w:tblPr>
        <w:tblStyle w:val="TableGrid"/>
        <w:tblW w:w="9360" w:type="dxa"/>
        <w:jc w:val="left"/>
        <w:tblInd w:w="12" w:type="dxa"/>
        <w:tblLayout w:type="fixed"/>
        <w:tblCellMar>
          <w:top w:w="120" w:type="dxa"/>
          <w:left w:w="120" w:type="dxa"/>
          <w:bottom w:w="120" w:type="dxa"/>
          <w:right w:w="120" w:type="dxa"/>
        </w:tblCellMar>
        <w:tblLook w:firstRow="1" w:noVBand="1" w:lastRow="0" w:firstColumn="1" w:lastColumn="0" w:noHBand="0" w:val="04a0"/>
      </w:tblPr>
      <w:tblGrid>
        <w:gridCol w:w="9360"/>
      </w:tblGrid>
      <w:tr>
        <w:trPr/>
        <w:tc>
          <w:tcPr>
            <w:tcW w:w="9360" w:type="dxa"/>
            <w:tcBorders/>
          </w:tcPr>
          <w:p>
            <w:pPr>
              <w:pStyle w:val="Normal"/>
              <w:widowControl/>
              <w:spacing w:lineRule="auto" w:line="240" w:before="0" w:after="120"/>
              <w:jc w:val="left"/>
              <w:rPr>
                <w:rFonts w:ascii="Times New Roman" w:hAnsi="Times New Roman" w:eastAsia="ＭＳ 明朝" w:cs=""/>
                <w:color w:val="auto"/>
                <w:kern w:val="0"/>
                <w:sz w:val="20"/>
                <w:szCs w:val="20"/>
                <w:lang w:val="en-US" w:eastAsia="en-US" w:bidi="ar-SA"/>
              </w:rPr>
            </w:pPr>
            <w:r>
              <w:rPr>
                <w:rFonts w:eastAsia="ＭＳ 明朝" w:cs="" w:ascii="Times New Roman" w:hAnsi="Times New Roman"/>
                <w:color w:val="auto"/>
                <w:kern w:val="0"/>
                <w:sz w:val="20"/>
                <w:szCs w:val="20"/>
                <w:lang w:val="en-US" w:eastAsia="en-US" w:bidi="ar-SA"/>
              </w:rPr>
            </w:r>
          </w:p>
        </w:tc>
      </w:tr>
      <w:tr>
        <w:trPr/>
        <w:tc>
          <w:tcPr>
            <w:tcW w:w="9360" w:type="dxa"/>
            <w:tcBorders/>
          </w:tcPr>
          <w:p>
            <w:pPr>
              <w:pStyle w:val="Normal"/>
              <w:widowControl/>
              <w:spacing w:lineRule="auto" w:line="240" w:before="0" w:after="120"/>
              <w:jc w:val="left"/>
              <w:rPr>
                <w:rFonts w:ascii="Times New Roman" w:hAnsi="Times New Roman" w:eastAsia="ＭＳ 明朝" w:cs=""/>
                <w:color w:val="auto"/>
                <w:kern w:val="0"/>
                <w:sz w:val="20"/>
                <w:szCs w:val="20"/>
                <w:lang w:val="en-US" w:eastAsia="en-US" w:bidi="ar-SA"/>
              </w:rPr>
            </w:pPr>
            <w:r>
              <w:rPr>
                <w:rFonts w:eastAsia="ＭＳ 明朝" w:cs="" w:ascii="Times New Roman" w:hAnsi="Times New Roman"/>
                <w:color w:val="auto"/>
                <w:kern w:val="0"/>
                <w:sz w:val="20"/>
                <w:szCs w:val="20"/>
                <w:lang w:val="en-US" w:eastAsia="en-US" w:bidi="ar-SA"/>
              </w:rPr>
            </w:r>
          </w:p>
        </w:tc>
      </w:tr>
      <w:tr>
        <w:trPr/>
        <w:tc>
          <w:tcPr>
            <w:tcW w:w="9360" w:type="dxa"/>
            <w:tcBorders/>
          </w:tcPr>
          <w:p>
            <w:pPr>
              <w:pStyle w:val="Normal"/>
              <w:widowControl/>
              <w:spacing w:lineRule="auto" w:line="240" w:before="0" w:after="120"/>
              <w:jc w:val="left"/>
              <w:rPr>
                <w:rFonts w:ascii="Times New Roman" w:hAnsi="Times New Roman" w:eastAsia="ＭＳ 明朝" w:cs=""/>
                <w:color w:val="auto"/>
                <w:kern w:val="0"/>
                <w:sz w:val="20"/>
                <w:szCs w:val="20"/>
                <w:lang w:val="en-US" w:eastAsia="en-US" w:bidi="ar-SA"/>
              </w:rPr>
            </w:pPr>
            <w:r>
              <w:rPr>
                <w:rFonts w:eastAsia="ＭＳ 明朝" w:cs="" w:ascii="Times New Roman" w:hAnsi="Times New Roman"/>
                <w:color w:val="auto"/>
                <w:kern w:val="0"/>
                <w:sz w:val="20"/>
                <w:szCs w:val="20"/>
                <w:lang w:val="en-US" w:eastAsia="en-US" w:bidi="ar-SA"/>
              </w:rPr>
            </w:r>
          </w:p>
        </w:tc>
      </w:tr>
    </w:tbl>
    <w:p>
      <w:pPr>
        <w:pStyle w:val="Heading1"/>
        <w:spacing w:lineRule="auto" w:line="240"/>
        <w:rPr>
          <w:rFonts w:ascii="Times New Roman" w:hAnsi="Times New Roman"/>
          <w:color w:val="auto"/>
          <w:sz w:val="20"/>
          <w:szCs w:val="20"/>
        </w:rPr>
      </w:pPr>
      <w:r>
        <w:rPr>
          <w:rFonts w:ascii="Times New Roman" w:hAnsi="Times New Roman"/>
          <w:color w:val="auto"/>
          <w:sz w:val="20"/>
          <w:szCs w:val="20"/>
        </w:rPr>
        <w:t>12. Conexão com outro caso</w:t>
      </w:r>
    </w:p>
    <w:tbl>
      <w:tblPr>
        <w:tblStyle w:val="TableGrid"/>
        <w:tblW w:w="9360" w:type="dxa"/>
        <w:jc w:val="left"/>
        <w:tblInd w:w="12" w:type="dxa"/>
        <w:tblLayout w:type="fixed"/>
        <w:tblCellMar>
          <w:top w:w="90" w:type="dxa"/>
          <w:left w:w="120" w:type="dxa"/>
          <w:bottom w:w="90" w:type="dxa"/>
          <w:right w:w="120" w:type="dxa"/>
        </w:tblCellMar>
        <w:tblLook w:firstRow="1" w:noVBand="1" w:lastRow="0" w:firstColumn="1" w:lastColumn="0" w:noHBand="0" w:val="04a0"/>
      </w:tblPr>
      <w:tblGrid>
        <w:gridCol w:w="2232"/>
        <w:gridCol w:w="7127"/>
      </w:tblGrid>
      <w:tr>
        <w:trPr/>
        <w:tc>
          <w:tcPr>
            <w:tcW w:w="2232" w:type="dxa"/>
            <w:tcBorders/>
            <w:shd w:fill="E8EEF5"/>
            <w:vAlign w:val="center"/>
          </w:tcPr>
          <w:p>
            <w:pPr>
              <w:pStyle w:val="Normal"/>
              <w:widowControl/>
              <w:spacing w:lineRule="auto" w:line="240" w:before="0" w:after="120"/>
              <w:jc w:val="left"/>
              <w:rPr>
                <w:rFonts w:ascii="Times New Roman" w:hAnsi="Times New Roman" w:eastAsia="ＭＳ 明朝" w:cs=""/>
                <w:color w:val="auto"/>
                <w:kern w:val="0"/>
                <w:sz w:val="20"/>
                <w:szCs w:val="20"/>
                <w:lang w:val="en-US" w:eastAsia="en-US" w:bidi="ar-SA"/>
              </w:rPr>
            </w:pPr>
            <w:r>
              <w:rPr>
                <w:rFonts w:eastAsia="ＭＳ 明朝" w:cs="" w:ascii="Times New Roman" w:hAnsi="Times New Roman"/>
                <w:b/>
                <w:color w:val="auto"/>
                <w:kern w:val="0"/>
                <w:sz w:val="20"/>
                <w:szCs w:val="20"/>
                <w:lang w:val="en-US" w:eastAsia="en-US" w:bidi="ar-SA"/>
              </w:rPr>
              <w:t>Caso comparado</w:t>
            </w:r>
          </w:p>
        </w:tc>
        <w:tc>
          <w:tcPr>
            <w:tcW w:w="7127" w:type="dxa"/>
            <w:tcBorders/>
            <w:vAlign w:val="center"/>
          </w:tcPr>
          <w:p>
            <w:pPr>
              <w:pStyle w:val="Normal"/>
              <w:widowControl/>
              <w:spacing w:lineRule="auto" w:line="240" w:before="0" w:after="120"/>
              <w:jc w:val="left"/>
              <w:rPr>
                <w:rFonts w:ascii="Times New Roman" w:hAnsi="Times New Roman" w:eastAsia="ＭＳ 明朝" w:cs=""/>
                <w:color w:val="auto"/>
                <w:kern w:val="0"/>
                <w:sz w:val="20"/>
                <w:szCs w:val="20"/>
                <w:lang w:val="en-US" w:eastAsia="en-US" w:bidi="ar-SA"/>
              </w:rPr>
            </w:pPr>
            <w:r>
              <w:rPr>
                <w:rFonts w:eastAsia="ＭＳ 明朝" w:cs="" w:ascii="Times New Roman" w:hAnsi="Times New Roman"/>
                <w:color w:val="auto"/>
                <w:kern w:val="0"/>
                <w:sz w:val="20"/>
                <w:szCs w:val="20"/>
                <w:lang w:val="en-US" w:eastAsia="en-US" w:bidi="ar-SA"/>
              </w:rPr>
            </w:r>
          </w:p>
        </w:tc>
      </w:tr>
    </w:tbl>
    <w:p>
      <w:pPr>
        <w:pStyle w:val="Normal"/>
        <w:keepNext w:val="true"/>
        <w:spacing w:lineRule="auto" w:line="240" w:before="120" w:after="60"/>
        <w:rPr>
          <w:rFonts w:ascii="Times New Roman" w:hAnsi="Times New Roman"/>
          <w:color w:val="auto"/>
          <w:sz w:val="20"/>
          <w:szCs w:val="20"/>
        </w:rPr>
      </w:pPr>
      <w:r>
        <w:rPr>
          <w:rFonts w:ascii="Times New Roman" w:hAnsi="Times New Roman"/>
          <w:b/>
          <w:color w:val="auto"/>
          <w:sz w:val="20"/>
          <w:szCs w:val="20"/>
        </w:rPr>
        <w:t>Semelhança juridicamente relevante</w:t>
      </w:r>
    </w:p>
    <w:tbl>
      <w:tblPr>
        <w:tblStyle w:val="TableGrid"/>
        <w:tblW w:w="9360" w:type="dxa"/>
        <w:jc w:val="left"/>
        <w:tblInd w:w="12" w:type="dxa"/>
        <w:tblLayout w:type="fixed"/>
        <w:tblCellMar>
          <w:top w:w="120" w:type="dxa"/>
          <w:left w:w="120" w:type="dxa"/>
          <w:bottom w:w="120" w:type="dxa"/>
          <w:right w:w="120" w:type="dxa"/>
        </w:tblCellMar>
        <w:tblLook w:firstRow="1" w:noVBand="1" w:lastRow="0" w:firstColumn="1" w:lastColumn="0" w:noHBand="0" w:val="04a0"/>
      </w:tblPr>
      <w:tblGrid>
        <w:gridCol w:w="9360"/>
      </w:tblGrid>
      <w:tr>
        <w:trPr/>
        <w:tc>
          <w:tcPr>
            <w:tcW w:w="9360" w:type="dxa"/>
            <w:tcBorders/>
          </w:tcPr>
          <w:p>
            <w:pPr>
              <w:pStyle w:val="Normal"/>
              <w:widowControl/>
              <w:spacing w:lineRule="auto" w:line="240" w:before="0" w:after="120"/>
              <w:jc w:val="left"/>
              <w:rPr>
                <w:rFonts w:ascii="Times New Roman" w:hAnsi="Times New Roman" w:eastAsia="ＭＳ 明朝" w:cs=""/>
                <w:color w:val="auto"/>
                <w:kern w:val="0"/>
                <w:sz w:val="20"/>
                <w:szCs w:val="20"/>
                <w:lang w:val="en-US" w:eastAsia="en-US" w:bidi="ar-SA"/>
              </w:rPr>
            </w:pPr>
            <w:r>
              <w:rPr>
                <w:rFonts w:eastAsia="ＭＳ 明朝" w:cs="" w:ascii="Times New Roman" w:hAnsi="Times New Roman"/>
                <w:color w:val="auto"/>
                <w:kern w:val="0"/>
                <w:sz w:val="20"/>
                <w:szCs w:val="20"/>
                <w:lang w:val="en-US" w:eastAsia="en-US" w:bidi="ar-SA"/>
              </w:rPr>
            </w:r>
          </w:p>
        </w:tc>
      </w:tr>
      <w:tr>
        <w:trPr/>
        <w:tc>
          <w:tcPr>
            <w:tcW w:w="9360" w:type="dxa"/>
            <w:tcBorders/>
          </w:tcPr>
          <w:p>
            <w:pPr>
              <w:pStyle w:val="Normal"/>
              <w:widowControl/>
              <w:spacing w:lineRule="auto" w:line="240" w:before="0" w:after="120"/>
              <w:jc w:val="left"/>
              <w:rPr>
                <w:rFonts w:ascii="Times New Roman" w:hAnsi="Times New Roman" w:eastAsia="ＭＳ 明朝" w:cs=""/>
                <w:color w:val="auto"/>
                <w:kern w:val="0"/>
                <w:sz w:val="20"/>
                <w:szCs w:val="20"/>
                <w:lang w:val="en-US" w:eastAsia="en-US" w:bidi="ar-SA"/>
              </w:rPr>
            </w:pPr>
            <w:r>
              <w:rPr>
                <w:rFonts w:eastAsia="ＭＳ 明朝" w:cs="" w:ascii="Times New Roman" w:hAnsi="Times New Roman"/>
                <w:color w:val="auto"/>
                <w:kern w:val="0"/>
                <w:sz w:val="20"/>
                <w:szCs w:val="20"/>
                <w:lang w:val="en-US" w:eastAsia="en-US" w:bidi="ar-SA"/>
              </w:rPr>
            </w:r>
          </w:p>
        </w:tc>
      </w:tr>
    </w:tbl>
    <w:p>
      <w:pPr>
        <w:pStyle w:val="Normal"/>
        <w:keepNext w:val="true"/>
        <w:spacing w:lineRule="auto" w:line="240" w:before="120" w:after="60"/>
        <w:rPr>
          <w:rFonts w:ascii="Times New Roman" w:hAnsi="Times New Roman"/>
          <w:color w:val="auto"/>
          <w:sz w:val="20"/>
          <w:szCs w:val="20"/>
        </w:rPr>
      </w:pPr>
      <w:r>
        <w:rPr>
          <w:rFonts w:ascii="Times New Roman" w:hAnsi="Times New Roman"/>
          <w:b/>
          <w:color w:val="auto"/>
          <w:sz w:val="20"/>
          <w:szCs w:val="20"/>
        </w:rPr>
        <w:t>Diferença juridicamente decisiva</w:t>
      </w:r>
    </w:p>
    <w:tbl>
      <w:tblPr>
        <w:tblStyle w:val="TableGrid"/>
        <w:tblW w:w="9360" w:type="dxa"/>
        <w:jc w:val="left"/>
        <w:tblInd w:w="12" w:type="dxa"/>
        <w:tblLayout w:type="fixed"/>
        <w:tblCellMar>
          <w:top w:w="120" w:type="dxa"/>
          <w:left w:w="120" w:type="dxa"/>
          <w:bottom w:w="120" w:type="dxa"/>
          <w:right w:w="120" w:type="dxa"/>
        </w:tblCellMar>
        <w:tblLook w:firstRow="1" w:noVBand="1" w:lastRow="0" w:firstColumn="1" w:lastColumn="0" w:noHBand="0" w:val="04a0"/>
      </w:tblPr>
      <w:tblGrid>
        <w:gridCol w:w="9360"/>
      </w:tblGrid>
      <w:tr>
        <w:trPr/>
        <w:tc>
          <w:tcPr>
            <w:tcW w:w="9360" w:type="dxa"/>
            <w:tcBorders/>
          </w:tcPr>
          <w:p>
            <w:pPr>
              <w:pStyle w:val="Normal"/>
              <w:widowControl/>
              <w:spacing w:lineRule="auto" w:line="240" w:before="0" w:after="120"/>
              <w:jc w:val="left"/>
              <w:rPr>
                <w:rFonts w:ascii="Times New Roman" w:hAnsi="Times New Roman" w:eastAsia="ＭＳ 明朝" w:cs=""/>
                <w:color w:val="auto"/>
                <w:kern w:val="0"/>
                <w:sz w:val="20"/>
                <w:szCs w:val="20"/>
                <w:lang w:val="en-US" w:eastAsia="en-US" w:bidi="ar-SA"/>
              </w:rPr>
            </w:pPr>
            <w:r>
              <w:rPr>
                <w:rFonts w:eastAsia="ＭＳ 明朝" w:cs="" w:ascii="Times New Roman" w:hAnsi="Times New Roman"/>
                <w:color w:val="auto"/>
                <w:kern w:val="0"/>
                <w:sz w:val="20"/>
                <w:szCs w:val="20"/>
                <w:lang w:val="en-US" w:eastAsia="en-US" w:bidi="ar-SA"/>
              </w:rPr>
            </w:r>
          </w:p>
        </w:tc>
      </w:tr>
      <w:tr>
        <w:trPr/>
        <w:tc>
          <w:tcPr>
            <w:tcW w:w="9360" w:type="dxa"/>
            <w:tcBorders/>
          </w:tcPr>
          <w:p>
            <w:pPr>
              <w:pStyle w:val="Normal"/>
              <w:widowControl/>
              <w:spacing w:lineRule="auto" w:line="240" w:before="0" w:after="120"/>
              <w:jc w:val="left"/>
              <w:rPr>
                <w:rFonts w:ascii="Times New Roman" w:hAnsi="Times New Roman" w:eastAsia="ＭＳ 明朝" w:cs=""/>
                <w:color w:val="auto"/>
                <w:kern w:val="0"/>
                <w:sz w:val="20"/>
                <w:szCs w:val="20"/>
                <w:lang w:val="en-US" w:eastAsia="en-US" w:bidi="ar-SA"/>
              </w:rPr>
            </w:pPr>
            <w:r>
              <w:rPr>
                <w:rFonts w:eastAsia="ＭＳ 明朝" w:cs="" w:ascii="Times New Roman" w:hAnsi="Times New Roman"/>
                <w:color w:val="auto"/>
                <w:kern w:val="0"/>
                <w:sz w:val="20"/>
                <w:szCs w:val="20"/>
                <w:lang w:val="en-US" w:eastAsia="en-US" w:bidi="ar-SA"/>
              </w:rPr>
            </w:r>
          </w:p>
        </w:tc>
      </w:tr>
    </w:tbl>
    <w:p>
      <w:pPr>
        <w:pStyle w:val="Heading1"/>
        <w:spacing w:lineRule="auto" w:line="240"/>
        <w:rPr>
          <w:rFonts w:ascii="Times New Roman" w:hAnsi="Times New Roman"/>
          <w:color w:val="auto"/>
          <w:sz w:val="20"/>
          <w:szCs w:val="20"/>
        </w:rPr>
      </w:pPr>
      <w:r>
        <w:rPr>
          <w:rFonts w:ascii="Times New Roman" w:hAnsi="Times New Roman"/>
          <w:color w:val="auto"/>
          <w:sz w:val="20"/>
          <w:szCs w:val="20"/>
        </w:rPr>
        <w:t>13. Repercussão no Brasil</w:t>
      </w:r>
    </w:p>
    <w:p>
      <w:pPr>
        <w:pStyle w:val="Normal"/>
        <w:keepNext w:val="true"/>
        <w:spacing w:lineRule="auto" w:line="240" w:before="120" w:after="60"/>
        <w:rPr>
          <w:rFonts w:ascii="Times New Roman" w:hAnsi="Times New Roman"/>
          <w:color w:val="auto"/>
          <w:sz w:val="20"/>
          <w:szCs w:val="20"/>
        </w:rPr>
      </w:pPr>
      <w:r>
        <w:rPr>
          <w:rFonts w:ascii="Times New Roman" w:hAnsi="Times New Roman"/>
          <w:b/>
          <w:color w:val="auto"/>
          <w:sz w:val="20"/>
          <w:szCs w:val="20"/>
        </w:rPr>
        <w:t>Como o problema seria analisado no ordenamento brasileiro?</w:t>
      </w:r>
    </w:p>
    <w:p>
      <w:pPr>
        <w:pStyle w:val="Normal"/>
        <w:keepNext w:val="true"/>
        <w:spacing w:lineRule="auto" w:line="240" w:before="0" w:after="60"/>
        <w:rPr>
          <w:rFonts w:ascii="Times New Roman" w:hAnsi="Times New Roman"/>
          <w:color w:val="auto"/>
          <w:sz w:val="20"/>
          <w:szCs w:val="20"/>
        </w:rPr>
      </w:pPr>
      <w:r>
        <w:rPr>
          <w:rFonts w:ascii="Times New Roman" w:hAnsi="Times New Roman"/>
          <w:i/>
          <w:color w:val="auto"/>
          <w:sz w:val="20"/>
          <w:szCs w:val="20"/>
        </w:rPr>
        <w:t>Relacione Constituição, tratados incorporados, hierarquia normativa, legislação e jurisprudência, quando pertinentes.</w:t>
      </w:r>
    </w:p>
    <w:tbl>
      <w:tblPr>
        <w:tblStyle w:val="TableGrid"/>
        <w:tblW w:w="9360" w:type="dxa"/>
        <w:jc w:val="left"/>
        <w:tblInd w:w="12" w:type="dxa"/>
        <w:tblLayout w:type="fixed"/>
        <w:tblCellMar>
          <w:top w:w="120" w:type="dxa"/>
          <w:left w:w="120" w:type="dxa"/>
          <w:bottom w:w="120" w:type="dxa"/>
          <w:right w:w="120" w:type="dxa"/>
        </w:tblCellMar>
        <w:tblLook w:firstRow="1" w:noVBand="1" w:lastRow="0" w:firstColumn="1" w:lastColumn="0" w:noHBand="0" w:val="04a0"/>
      </w:tblPr>
      <w:tblGrid>
        <w:gridCol w:w="9360"/>
      </w:tblGrid>
      <w:tr>
        <w:trPr/>
        <w:tc>
          <w:tcPr>
            <w:tcW w:w="9360" w:type="dxa"/>
            <w:tcBorders/>
          </w:tcPr>
          <w:p>
            <w:pPr>
              <w:pStyle w:val="Normal"/>
              <w:widowControl/>
              <w:spacing w:lineRule="auto" w:line="240" w:before="0" w:after="120"/>
              <w:jc w:val="left"/>
              <w:rPr>
                <w:rFonts w:ascii="Times New Roman" w:hAnsi="Times New Roman" w:eastAsia="ＭＳ 明朝" w:cs=""/>
                <w:color w:val="auto"/>
                <w:kern w:val="0"/>
                <w:sz w:val="20"/>
                <w:szCs w:val="20"/>
                <w:lang w:val="en-US" w:eastAsia="en-US" w:bidi="ar-SA"/>
              </w:rPr>
            </w:pPr>
            <w:r>
              <w:rPr>
                <w:rFonts w:eastAsia="ＭＳ 明朝" w:cs="" w:ascii="Times New Roman" w:hAnsi="Times New Roman"/>
                <w:color w:val="auto"/>
                <w:kern w:val="0"/>
                <w:sz w:val="20"/>
                <w:szCs w:val="20"/>
                <w:lang w:val="en-US" w:eastAsia="en-US" w:bidi="ar-SA"/>
              </w:rPr>
            </w:r>
          </w:p>
        </w:tc>
      </w:tr>
      <w:tr>
        <w:trPr/>
        <w:tc>
          <w:tcPr>
            <w:tcW w:w="9360" w:type="dxa"/>
            <w:tcBorders/>
          </w:tcPr>
          <w:p>
            <w:pPr>
              <w:pStyle w:val="Normal"/>
              <w:widowControl/>
              <w:spacing w:lineRule="auto" w:line="240" w:before="0" w:after="120"/>
              <w:jc w:val="left"/>
              <w:rPr>
                <w:rFonts w:ascii="Times New Roman" w:hAnsi="Times New Roman" w:eastAsia="ＭＳ 明朝" w:cs=""/>
                <w:color w:val="auto"/>
                <w:kern w:val="0"/>
                <w:sz w:val="20"/>
                <w:szCs w:val="20"/>
                <w:lang w:val="en-US" w:eastAsia="en-US" w:bidi="ar-SA"/>
              </w:rPr>
            </w:pPr>
            <w:r>
              <w:rPr>
                <w:rFonts w:eastAsia="ＭＳ 明朝" w:cs="" w:ascii="Times New Roman" w:hAnsi="Times New Roman"/>
                <w:color w:val="auto"/>
                <w:kern w:val="0"/>
                <w:sz w:val="20"/>
                <w:szCs w:val="20"/>
                <w:lang w:val="en-US" w:eastAsia="en-US" w:bidi="ar-SA"/>
              </w:rPr>
            </w:r>
          </w:p>
        </w:tc>
      </w:tr>
      <w:tr>
        <w:trPr/>
        <w:tc>
          <w:tcPr>
            <w:tcW w:w="9360" w:type="dxa"/>
            <w:tcBorders/>
          </w:tcPr>
          <w:p>
            <w:pPr>
              <w:pStyle w:val="Normal"/>
              <w:widowControl/>
              <w:spacing w:lineRule="auto" w:line="240" w:before="0" w:after="120"/>
              <w:jc w:val="left"/>
              <w:rPr>
                <w:rFonts w:ascii="Times New Roman" w:hAnsi="Times New Roman" w:eastAsia="ＭＳ 明朝" w:cs=""/>
                <w:color w:val="auto"/>
                <w:kern w:val="0"/>
                <w:sz w:val="20"/>
                <w:szCs w:val="20"/>
                <w:lang w:val="en-US" w:eastAsia="en-US" w:bidi="ar-SA"/>
              </w:rPr>
            </w:pPr>
            <w:r>
              <w:rPr>
                <w:rFonts w:eastAsia="ＭＳ 明朝" w:cs="" w:ascii="Times New Roman" w:hAnsi="Times New Roman"/>
                <w:color w:val="auto"/>
                <w:kern w:val="0"/>
                <w:sz w:val="20"/>
                <w:szCs w:val="20"/>
                <w:lang w:val="en-US" w:eastAsia="en-US" w:bidi="ar-SA"/>
              </w:rPr>
            </w:r>
          </w:p>
        </w:tc>
      </w:tr>
      <w:tr>
        <w:trPr/>
        <w:tc>
          <w:tcPr>
            <w:tcW w:w="9360" w:type="dxa"/>
            <w:tcBorders/>
          </w:tcPr>
          <w:p>
            <w:pPr>
              <w:pStyle w:val="Normal"/>
              <w:widowControl/>
              <w:spacing w:lineRule="auto" w:line="240" w:before="0" w:after="120"/>
              <w:jc w:val="left"/>
              <w:rPr>
                <w:rFonts w:ascii="Times New Roman" w:hAnsi="Times New Roman" w:eastAsia="ＭＳ 明朝" w:cs=""/>
                <w:color w:val="auto"/>
                <w:kern w:val="0"/>
                <w:sz w:val="20"/>
                <w:szCs w:val="20"/>
                <w:lang w:val="en-US" w:eastAsia="en-US" w:bidi="ar-SA"/>
              </w:rPr>
            </w:pPr>
            <w:r>
              <w:rPr>
                <w:rFonts w:eastAsia="ＭＳ 明朝" w:cs="" w:ascii="Times New Roman" w:hAnsi="Times New Roman"/>
                <w:color w:val="auto"/>
                <w:kern w:val="0"/>
                <w:sz w:val="20"/>
                <w:szCs w:val="20"/>
                <w:lang w:val="en-US" w:eastAsia="en-US" w:bidi="ar-SA"/>
              </w:rPr>
            </w:r>
          </w:p>
        </w:tc>
      </w:tr>
    </w:tbl>
    <w:p>
      <w:pPr>
        <w:pStyle w:val="Heading1"/>
        <w:spacing w:lineRule="auto" w:line="240" w:before="0" w:after="160"/>
        <w:rPr>
          <w:rFonts w:ascii="Times New Roman" w:hAnsi="Times New Roman"/>
          <w:color w:val="auto"/>
          <w:sz w:val="20"/>
          <w:szCs w:val="20"/>
        </w:rPr>
      </w:pPr>
      <w:r>
        <w:rPr>
          <w:rFonts w:ascii="Times New Roman" w:hAnsi="Times New Roman"/>
          <w:color w:val="auto"/>
          <w:sz w:val="20"/>
          <w:szCs w:val="20"/>
        </w:rPr>
      </w:r>
    </w:p>
    <w:p>
      <w:pPr>
        <w:pStyle w:val="Heading1"/>
        <w:spacing w:lineRule="auto" w:line="240" w:before="0" w:after="160"/>
        <w:rPr>
          <w:rFonts w:ascii="Times New Roman" w:hAnsi="Times New Roman"/>
          <w:color w:val="auto"/>
          <w:sz w:val="20"/>
          <w:szCs w:val="20"/>
        </w:rPr>
      </w:pPr>
      <w:r>
        <w:rPr>
          <w:rFonts w:ascii="Times New Roman" w:hAnsi="Times New Roman"/>
          <w:color w:val="auto"/>
          <w:sz w:val="20"/>
          <w:szCs w:val="20"/>
        </w:rPr>
        <w:t>14. Fontes consultadas</w:t>
      </w:r>
    </w:p>
    <w:tbl>
      <w:tblPr>
        <w:tblStyle w:val="TableGrid"/>
        <w:tblW w:w="9360" w:type="dxa"/>
        <w:jc w:val="left"/>
        <w:tblInd w:w="12" w:type="dxa"/>
        <w:tblLayout w:type="fixed"/>
        <w:tblCellMar>
          <w:top w:w="90" w:type="dxa"/>
          <w:left w:w="120" w:type="dxa"/>
          <w:bottom w:w="90" w:type="dxa"/>
          <w:right w:w="120" w:type="dxa"/>
        </w:tblCellMar>
        <w:tblLook w:firstRow="1" w:noVBand="1" w:lastRow="0" w:firstColumn="1" w:lastColumn="0" w:noHBand="0" w:val="04a0"/>
      </w:tblPr>
      <w:tblGrid>
        <w:gridCol w:w="2340"/>
        <w:gridCol w:w="2340"/>
        <w:gridCol w:w="2340"/>
        <w:gridCol w:w="2339"/>
      </w:tblGrid>
      <w:tr>
        <w:trPr/>
        <w:tc>
          <w:tcPr>
            <w:tcW w:w="2340" w:type="dxa"/>
            <w:tcBorders/>
            <w:shd w:fill="17365D"/>
          </w:tcPr>
          <w:p>
            <w:pPr>
              <w:pStyle w:val="Normal"/>
              <w:widowControl/>
              <w:spacing w:lineRule="auto" w:line="240" w:before="0" w:after="120"/>
              <w:jc w:val="left"/>
              <w:rPr>
                <w:rFonts w:ascii="Times New Roman" w:hAnsi="Times New Roman" w:eastAsia="ＭＳ 明朝" w:cs=""/>
                <w:color w:val="auto"/>
                <w:kern w:val="0"/>
                <w:sz w:val="20"/>
                <w:szCs w:val="20"/>
                <w:lang w:val="en-US" w:eastAsia="en-US" w:bidi="ar-SA"/>
              </w:rPr>
            </w:pPr>
            <w:r>
              <w:rPr>
                <w:rFonts w:eastAsia="ＭＳ 明朝" w:cs="" w:ascii="Times New Roman" w:hAnsi="Times New Roman"/>
                <w:b/>
                <w:color w:val="auto"/>
                <w:kern w:val="0"/>
                <w:sz w:val="20"/>
                <w:szCs w:val="20"/>
                <w:lang w:val="en-US" w:eastAsia="en-US" w:bidi="ar-SA"/>
              </w:rPr>
              <w:t>Tipo</w:t>
            </w:r>
          </w:p>
        </w:tc>
        <w:tc>
          <w:tcPr>
            <w:tcW w:w="2340" w:type="dxa"/>
            <w:tcBorders/>
            <w:shd w:fill="17365D"/>
          </w:tcPr>
          <w:p>
            <w:pPr>
              <w:pStyle w:val="Normal"/>
              <w:widowControl/>
              <w:spacing w:lineRule="auto" w:line="240" w:before="0" w:after="120"/>
              <w:jc w:val="left"/>
              <w:rPr>
                <w:rFonts w:ascii="Times New Roman" w:hAnsi="Times New Roman" w:eastAsia="ＭＳ 明朝" w:cs=""/>
                <w:color w:val="auto"/>
                <w:kern w:val="0"/>
                <w:sz w:val="20"/>
                <w:szCs w:val="20"/>
                <w:lang w:val="en-US" w:eastAsia="en-US" w:bidi="ar-SA"/>
              </w:rPr>
            </w:pPr>
            <w:r>
              <w:rPr>
                <w:rFonts w:eastAsia="ＭＳ 明朝" w:cs="" w:ascii="Times New Roman" w:hAnsi="Times New Roman"/>
                <w:b/>
                <w:color w:val="auto"/>
                <w:kern w:val="0"/>
                <w:sz w:val="20"/>
                <w:szCs w:val="20"/>
                <w:lang w:val="en-US" w:eastAsia="en-US" w:bidi="ar-SA"/>
              </w:rPr>
              <w:t>Referência completa</w:t>
            </w:r>
          </w:p>
        </w:tc>
        <w:tc>
          <w:tcPr>
            <w:tcW w:w="2340" w:type="dxa"/>
            <w:tcBorders/>
            <w:shd w:fill="17365D"/>
          </w:tcPr>
          <w:p>
            <w:pPr>
              <w:pStyle w:val="Normal"/>
              <w:widowControl/>
              <w:spacing w:lineRule="auto" w:line="240" w:before="0" w:after="120"/>
              <w:jc w:val="left"/>
              <w:rPr>
                <w:rFonts w:ascii="Times New Roman" w:hAnsi="Times New Roman" w:eastAsia="ＭＳ 明朝" w:cs=""/>
                <w:color w:val="auto"/>
                <w:kern w:val="0"/>
                <w:sz w:val="20"/>
                <w:szCs w:val="20"/>
                <w:lang w:val="en-US" w:eastAsia="en-US" w:bidi="ar-SA"/>
              </w:rPr>
            </w:pPr>
            <w:r>
              <w:rPr>
                <w:rFonts w:eastAsia="ＭＳ 明朝" w:cs="" w:ascii="Times New Roman" w:hAnsi="Times New Roman"/>
                <w:b/>
                <w:color w:val="auto"/>
                <w:kern w:val="0"/>
                <w:sz w:val="20"/>
                <w:szCs w:val="20"/>
                <w:lang w:val="en-US" w:eastAsia="en-US" w:bidi="ar-SA"/>
              </w:rPr>
              <w:t>Oficial?</w:t>
            </w:r>
          </w:p>
        </w:tc>
        <w:tc>
          <w:tcPr>
            <w:tcW w:w="2339" w:type="dxa"/>
            <w:tcBorders/>
            <w:shd w:fill="17365D"/>
          </w:tcPr>
          <w:p>
            <w:pPr>
              <w:pStyle w:val="Normal"/>
              <w:widowControl/>
              <w:spacing w:lineRule="auto" w:line="240" w:before="0" w:after="120"/>
              <w:jc w:val="left"/>
              <w:rPr>
                <w:rFonts w:ascii="Times New Roman" w:hAnsi="Times New Roman" w:eastAsia="ＭＳ 明朝" w:cs=""/>
                <w:color w:val="auto"/>
                <w:kern w:val="0"/>
                <w:sz w:val="20"/>
                <w:szCs w:val="20"/>
                <w:lang w:val="en-US" w:eastAsia="en-US" w:bidi="ar-SA"/>
              </w:rPr>
            </w:pPr>
            <w:r>
              <w:rPr>
                <w:rFonts w:eastAsia="ＭＳ 明朝" w:cs="" w:ascii="Times New Roman" w:hAnsi="Times New Roman"/>
                <w:b/>
                <w:color w:val="auto"/>
                <w:kern w:val="0"/>
                <w:sz w:val="20"/>
                <w:szCs w:val="20"/>
                <w:lang w:val="en-US" w:eastAsia="en-US" w:bidi="ar-SA"/>
              </w:rPr>
              <w:t>O que confirmou</w:t>
            </w:r>
          </w:p>
        </w:tc>
      </w:tr>
      <w:tr>
        <w:trPr/>
        <w:tc>
          <w:tcPr>
            <w:tcW w:w="2340" w:type="dxa"/>
            <w:tcBorders/>
            <w:tcMar>
              <w:top w:w="150" w:type="dxa"/>
              <w:left w:w="100" w:type="dxa"/>
              <w:bottom w:w="150" w:type="dxa"/>
              <w:right w:w="100" w:type="dxa"/>
            </w:tcMar>
          </w:tcPr>
          <w:p>
            <w:pPr>
              <w:pStyle w:val="Normal"/>
              <w:widowControl/>
              <w:spacing w:lineRule="auto" w:line="240" w:before="0" w:after="120"/>
              <w:jc w:val="left"/>
              <w:rPr>
                <w:rFonts w:ascii="Times New Roman" w:hAnsi="Times New Roman" w:eastAsia="ＭＳ 明朝" w:cs=""/>
                <w:color w:val="auto"/>
                <w:kern w:val="0"/>
                <w:sz w:val="20"/>
                <w:szCs w:val="20"/>
                <w:lang w:val="en-US" w:eastAsia="en-US" w:bidi="ar-SA"/>
              </w:rPr>
            </w:pPr>
            <w:r>
              <w:rPr>
                <w:rFonts w:eastAsia="ＭＳ 明朝" w:cs="" w:ascii="Times New Roman" w:hAnsi="Times New Roman"/>
                <w:color w:val="auto"/>
                <w:kern w:val="0"/>
                <w:sz w:val="20"/>
                <w:szCs w:val="20"/>
                <w:lang w:val="en-US" w:eastAsia="en-US" w:bidi="ar-SA"/>
              </w:rPr>
            </w:r>
          </w:p>
        </w:tc>
        <w:tc>
          <w:tcPr>
            <w:tcW w:w="2340" w:type="dxa"/>
            <w:tcBorders/>
            <w:tcMar>
              <w:top w:w="150" w:type="dxa"/>
              <w:left w:w="100" w:type="dxa"/>
              <w:bottom w:w="150" w:type="dxa"/>
              <w:right w:w="100" w:type="dxa"/>
            </w:tcMar>
          </w:tcPr>
          <w:p>
            <w:pPr>
              <w:pStyle w:val="Normal"/>
              <w:widowControl/>
              <w:spacing w:lineRule="auto" w:line="240" w:before="0" w:after="120"/>
              <w:jc w:val="left"/>
              <w:rPr>
                <w:rFonts w:ascii="Times New Roman" w:hAnsi="Times New Roman" w:eastAsia="ＭＳ 明朝" w:cs=""/>
                <w:color w:val="auto"/>
                <w:kern w:val="0"/>
                <w:sz w:val="20"/>
                <w:szCs w:val="20"/>
                <w:lang w:val="en-US" w:eastAsia="en-US" w:bidi="ar-SA"/>
              </w:rPr>
            </w:pPr>
            <w:r>
              <w:rPr>
                <w:rFonts w:eastAsia="ＭＳ 明朝" w:cs="" w:ascii="Times New Roman" w:hAnsi="Times New Roman"/>
                <w:color w:val="auto"/>
                <w:kern w:val="0"/>
                <w:sz w:val="20"/>
                <w:szCs w:val="20"/>
                <w:lang w:val="en-US" w:eastAsia="en-US" w:bidi="ar-SA"/>
              </w:rPr>
            </w:r>
          </w:p>
        </w:tc>
        <w:tc>
          <w:tcPr>
            <w:tcW w:w="2340" w:type="dxa"/>
            <w:tcBorders/>
            <w:tcMar>
              <w:top w:w="150" w:type="dxa"/>
              <w:left w:w="100" w:type="dxa"/>
              <w:bottom w:w="150" w:type="dxa"/>
              <w:right w:w="100" w:type="dxa"/>
            </w:tcMar>
          </w:tcPr>
          <w:p>
            <w:pPr>
              <w:pStyle w:val="Normal"/>
              <w:widowControl/>
              <w:spacing w:lineRule="auto" w:line="240" w:before="0" w:after="120"/>
              <w:jc w:val="left"/>
              <w:rPr>
                <w:rFonts w:ascii="Times New Roman" w:hAnsi="Times New Roman" w:eastAsia="ＭＳ 明朝" w:cs=""/>
                <w:color w:val="auto"/>
                <w:kern w:val="0"/>
                <w:sz w:val="20"/>
                <w:szCs w:val="20"/>
                <w:lang w:val="en-US" w:eastAsia="en-US" w:bidi="ar-SA"/>
              </w:rPr>
            </w:pPr>
            <w:r>
              <w:rPr>
                <w:rFonts w:eastAsia="ＭＳ 明朝" w:cs="" w:ascii="Times New Roman" w:hAnsi="Times New Roman"/>
                <w:color w:val="auto"/>
                <w:kern w:val="0"/>
                <w:sz w:val="20"/>
                <w:szCs w:val="20"/>
                <w:lang w:val="en-US" w:eastAsia="en-US" w:bidi="ar-SA"/>
              </w:rPr>
            </w:r>
          </w:p>
        </w:tc>
        <w:tc>
          <w:tcPr>
            <w:tcW w:w="2339" w:type="dxa"/>
            <w:tcBorders/>
            <w:tcMar>
              <w:top w:w="150" w:type="dxa"/>
              <w:left w:w="100" w:type="dxa"/>
              <w:bottom w:w="150" w:type="dxa"/>
              <w:right w:w="100" w:type="dxa"/>
            </w:tcMar>
          </w:tcPr>
          <w:p>
            <w:pPr>
              <w:pStyle w:val="Normal"/>
              <w:widowControl/>
              <w:spacing w:lineRule="auto" w:line="240" w:before="0" w:after="120"/>
              <w:jc w:val="left"/>
              <w:rPr>
                <w:rFonts w:ascii="Times New Roman" w:hAnsi="Times New Roman" w:eastAsia="ＭＳ 明朝" w:cs=""/>
                <w:color w:val="auto"/>
                <w:kern w:val="0"/>
                <w:sz w:val="20"/>
                <w:szCs w:val="20"/>
                <w:lang w:val="en-US" w:eastAsia="en-US" w:bidi="ar-SA"/>
              </w:rPr>
            </w:pPr>
            <w:r>
              <w:rPr>
                <w:rFonts w:eastAsia="ＭＳ 明朝" w:cs="" w:ascii="Times New Roman" w:hAnsi="Times New Roman"/>
                <w:color w:val="auto"/>
                <w:kern w:val="0"/>
                <w:sz w:val="20"/>
                <w:szCs w:val="20"/>
                <w:lang w:val="en-US" w:eastAsia="en-US" w:bidi="ar-SA"/>
              </w:rPr>
            </w:r>
          </w:p>
        </w:tc>
      </w:tr>
      <w:tr>
        <w:trPr/>
        <w:tc>
          <w:tcPr>
            <w:tcW w:w="2340" w:type="dxa"/>
            <w:tcBorders/>
            <w:tcMar>
              <w:top w:w="150" w:type="dxa"/>
              <w:left w:w="100" w:type="dxa"/>
              <w:bottom w:w="150" w:type="dxa"/>
              <w:right w:w="100" w:type="dxa"/>
            </w:tcMar>
          </w:tcPr>
          <w:p>
            <w:pPr>
              <w:pStyle w:val="Normal"/>
              <w:widowControl/>
              <w:spacing w:lineRule="auto" w:line="240" w:before="0" w:after="120"/>
              <w:jc w:val="left"/>
              <w:rPr>
                <w:rFonts w:ascii="Times New Roman" w:hAnsi="Times New Roman" w:eastAsia="ＭＳ 明朝" w:cs=""/>
                <w:color w:val="auto"/>
                <w:kern w:val="0"/>
                <w:sz w:val="20"/>
                <w:szCs w:val="20"/>
                <w:lang w:val="en-US" w:eastAsia="en-US" w:bidi="ar-SA"/>
              </w:rPr>
            </w:pPr>
            <w:r>
              <w:rPr>
                <w:rFonts w:eastAsia="ＭＳ 明朝" w:cs="" w:ascii="Times New Roman" w:hAnsi="Times New Roman"/>
                <w:color w:val="auto"/>
                <w:kern w:val="0"/>
                <w:sz w:val="20"/>
                <w:szCs w:val="20"/>
                <w:lang w:val="en-US" w:eastAsia="en-US" w:bidi="ar-SA"/>
              </w:rPr>
            </w:r>
          </w:p>
        </w:tc>
        <w:tc>
          <w:tcPr>
            <w:tcW w:w="2340" w:type="dxa"/>
            <w:tcBorders/>
            <w:tcMar>
              <w:top w:w="150" w:type="dxa"/>
              <w:left w:w="100" w:type="dxa"/>
              <w:bottom w:w="150" w:type="dxa"/>
              <w:right w:w="100" w:type="dxa"/>
            </w:tcMar>
          </w:tcPr>
          <w:p>
            <w:pPr>
              <w:pStyle w:val="Normal"/>
              <w:widowControl/>
              <w:spacing w:lineRule="auto" w:line="240" w:before="0" w:after="120"/>
              <w:jc w:val="left"/>
              <w:rPr>
                <w:rFonts w:ascii="Times New Roman" w:hAnsi="Times New Roman" w:eastAsia="ＭＳ 明朝" w:cs=""/>
                <w:color w:val="auto"/>
                <w:kern w:val="0"/>
                <w:sz w:val="20"/>
                <w:szCs w:val="20"/>
                <w:lang w:val="en-US" w:eastAsia="en-US" w:bidi="ar-SA"/>
              </w:rPr>
            </w:pPr>
            <w:r>
              <w:rPr>
                <w:rFonts w:eastAsia="ＭＳ 明朝" w:cs="" w:ascii="Times New Roman" w:hAnsi="Times New Roman"/>
                <w:color w:val="auto"/>
                <w:kern w:val="0"/>
                <w:sz w:val="20"/>
                <w:szCs w:val="20"/>
                <w:lang w:val="en-US" w:eastAsia="en-US" w:bidi="ar-SA"/>
              </w:rPr>
            </w:r>
          </w:p>
        </w:tc>
        <w:tc>
          <w:tcPr>
            <w:tcW w:w="2340" w:type="dxa"/>
            <w:tcBorders/>
            <w:tcMar>
              <w:top w:w="150" w:type="dxa"/>
              <w:left w:w="100" w:type="dxa"/>
              <w:bottom w:w="150" w:type="dxa"/>
              <w:right w:w="100" w:type="dxa"/>
            </w:tcMar>
          </w:tcPr>
          <w:p>
            <w:pPr>
              <w:pStyle w:val="Normal"/>
              <w:widowControl/>
              <w:spacing w:lineRule="auto" w:line="240" w:before="0" w:after="120"/>
              <w:jc w:val="left"/>
              <w:rPr>
                <w:rFonts w:ascii="Times New Roman" w:hAnsi="Times New Roman" w:eastAsia="ＭＳ 明朝" w:cs=""/>
                <w:color w:val="auto"/>
                <w:kern w:val="0"/>
                <w:sz w:val="20"/>
                <w:szCs w:val="20"/>
                <w:lang w:val="en-US" w:eastAsia="en-US" w:bidi="ar-SA"/>
              </w:rPr>
            </w:pPr>
            <w:r>
              <w:rPr>
                <w:rFonts w:eastAsia="ＭＳ 明朝" w:cs="" w:ascii="Times New Roman" w:hAnsi="Times New Roman"/>
                <w:color w:val="auto"/>
                <w:kern w:val="0"/>
                <w:sz w:val="20"/>
                <w:szCs w:val="20"/>
                <w:lang w:val="en-US" w:eastAsia="en-US" w:bidi="ar-SA"/>
              </w:rPr>
            </w:r>
          </w:p>
        </w:tc>
        <w:tc>
          <w:tcPr>
            <w:tcW w:w="2339" w:type="dxa"/>
            <w:tcBorders/>
            <w:tcMar>
              <w:top w:w="150" w:type="dxa"/>
              <w:left w:w="100" w:type="dxa"/>
              <w:bottom w:w="150" w:type="dxa"/>
              <w:right w:w="100" w:type="dxa"/>
            </w:tcMar>
          </w:tcPr>
          <w:p>
            <w:pPr>
              <w:pStyle w:val="Normal"/>
              <w:widowControl/>
              <w:spacing w:lineRule="auto" w:line="240" w:before="0" w:after="120"/>
              <w:jc w:val="left"/>
              <w:rPr>
                <w:rFonts w:ascii="Times New Roman" w:hAnsi="Times New Roman" w:eastAsia="ＭＳ 明朝" w:cs=""/>
                <w:color w:val="auto"/>
                <w:kern w:val="0"/>
                <w:sz w:val="20"/>
                <w:szCs w:val="20"/>
                <w:lang w:val="en-US" w:eastAsia="en-US" w:bidi="ar-SA"/>
              </w:rPr>
            </w:pPr>
            <w:r>
              <w:rPr>
                <w:rFonts w:eastAsia="ＭＳ 明朝" w:cs="" w:ascii="Times New Roman" w:hAnsi="Times New Roman"/>
                <w:color w:val="auto"/>
                <w:kern w:val="0"/>
                <w:sz w:val="20"/>
                <w:szCs w:val="20"/>
                <w:lang w:val="en-US" w:eastAsia="en-US" w:bidi="ar-SA"/>
              </w:rPr>
            </w:r>
          </w:p>
        </w:tc>
      </w:tr>
      <w:tr>
        <w:trPr/>
        <w:tc>
          <w:tcPr>
            <w:tcW w:w="2340" w:type="dxa"/>
            <w:tcBorders/>
            <w:tcMar>
              <w:top w:w="150" w:type="dxa"/>
              <w:left w:w="100" w:type="dxa"/>
              <w:bottom w:w="150" w:type="dxa"/>
              <w:right w:w="100" w:type="dxa"/>
            </w:tcMar>
          </w:tcPr>
          <w:p>
            <w:pPr>
              <w:pStyle w:val="Normal"/>
              <w:widowControl/>
              <w:spacing w:lineRule="auto" w:line="240" w:before="0" w:after="120"/>
              <w:jc w:val="left"/>
              <w:rPr>
                <w:rFonts w:ascii="Times New Roman" w:hAnsi="Times New Roman" w:eastAsia="ＭＳ 明朝" w:cs=""/>
                <w:color w:val="auto"/>
                <w:kern w:val="0"/>
                <w:sz w:val="20"/>
                <w:szCs w:val="20"/>
                <w:lang w:val="en-US" w:eastAsia="en-US" w:bidi="ar-SA"/>
              </w:rPr>
            </w:pPr>
            <w:r>
              <w:rPr>
                <w:rFonts w:eastAsia="ＭＳ 明朝" w:cs="" w:ascii="Times New Roman" w:hAnsi="Times New Roman"/>
                <w:color w:val="auto"/>
                <w:kern w:val="0"/>
                <w:sz w:val="20"/>
                <w:szCs w:val="20"/>
                <w:lang w:val="en-US" w:eastAsia="en-US" w:bidi="ar-SA"/>
              </w:rPr>
            </w:r>
          </w:p>
        </w:tc>
        <w:tc>
          <w:tcPr>
            <w:tcW w:w="2340" w:type="dxa"/>
            <w:tcBorders/>
            <w:tcMar>
              <w:top w:w="150" w:type="dxa"/>
              <w:left w:w="100" w:type="dxa"/>
              <w:bottom w:w="150" w:type="dxa"/>
              <w:right w:w="100" w:type="dxa"/>
            </w:tcMar>
          </w:tcPr>
          <w:p>
            <w:pPr>
              <w:pStyle w:val="Normal"/>
              <w:widowControl/>
              <w:spacing w:lineRule="auto" w:line="240" w:before="0" w:after="120"/>
              <w:jc w:val="left"/>
              <w:rPr>
                <w:rFonts w:ascii="Times New Roman" w:hAnsi="Times New Roman" w:eastAsia="ＭＳ 明朝" w:cs=""/>
                <w:color w:val="auto"/>
                <w:kern w:val="0"/>
                <w:sz w:val="20"/>
                <w:szCs w:val="20"/>
                <w:lang w:val="en-US" w:eastAsia="en-US" w:bidi="ar-SA"/>
              </w:rPr>
            </w:pPr>
            <w:r>
              <w:rPr>
                <w:rFonts w:eastAsia="ＭＳ 明朝" w:cs="" w:ascii="Times New Roman" w:hAnsi="Times New Roman"/>
                <w:color w:val="auto"/>
                <w:kern w:val="0"/>
                <w:sz w:val="20"/>
                <w:szCs w:val="20"/>
                <w:lang w:val="en-US" w:eastAsia="en-US" w:bidi="ar-SA"/>
              </w:rPr>
            </w:r>
          </w:p>
        </w:tc>
        <w:tc>
          <w:tcPr>
            <w:tcW w:w="2340" w:type="dxa"/>
            <w:tcBorders/>
            <w:tcMar>
              <w:top w:w="150" w:type="dxa"/>
              <w:left w:w="100" w:type="dxa"/>
              <w:bottom w:w="150" w:type="dxa"/>
              <w:right w:w="100" w:type="dxa"/>
            </w:tcMar>
          </w:tcPr>
          <w:p>
            <w:pPr>
              <w:pStyle w:val="Normal"/>
              <w:widowControl/>
              <w:spacing w:lineRule="auto" w:line="240" w:before="0" w:after="120"/>
              <w:jc w:val="left"/>
              <w:rPr>
                <w:rFonts w:ascii="Times New Roman" w:hAnsi="Times New Roman" w:eastAsia="ＭＳ 明朝" w:cs=""/>
                <w:color w:val="auto"/>
                <w:kern w:val="0"/>
                <w:sz w:val="20"/>
                <w:szCs w:val="20"/>
                <w:lang w:val="en-US" w:eastAsia="en-US" w:bidi="ar-SA"/>
              </w:rPr>
            </w:pPr>
            <w:r>
              <w:rPr>
                <w:rFonts w:eastAsia="ＭＳ 明朝" w:cs="" w:ascii="Times New Roman" w:hAnsi="Times New Roman"/>
                <w:color w:val="auto"/>
                <w:kern w:val="0"/>
                <w:sz w:val="20"/>
                <w:szCs w:val="20"/>
                <w:lang w:val="en-US" w:eastAsia="en-US" w:bidi="ar-SA"/>
              </w:rPr>
            </w:r>
          </w:p>
        </w:tc>
        <w:tc>
          <w:tcPr>
            <w:tcW w:w="2339" w:type="dxa"/>
            <w:tcBorders/>
            <w:tcMar>
              <w:top w:w="150" w:type="dxa"/>
              <w:left w:w="100" w:type="dxa"/>
              <w:bottom w:w="150" w:type="dxa"/>
              <w:right w:w="100" w:type="dxa"/>
            </w:tcMar>
          </w:tcPr>
          <w:p>
            <w:pPr>
              <w:pStyle w:val="Normal"/>
              <w:widowControl/>
              <w:spacing w:lineRule="auto" w:line="240" w:before="0" w:after="120"/>
              <w:jc w:val="left"/>
              <w:rPr>
                <w:rFonts w:ascii="Times New Roman" w:hAnsi="Times New Roman" w:eastAsia="ＭＳ 明朝" w:cs=""/>
                <w:color w:val="auto"/>
                <w:kern w:val="0"/>
                <w:sz w:val="20"/>
                <w:szCs w:val="20"/>
                <w:lang w:val="en-US" w:eastAsia="en-US" w:bidi="ar-SA"/>
              </w:rPr>
            </w:pPr>
            <w:r>
              <w:rPr>
                <w:rFonts w:eastAsia="ＭＳ 明朝" w:cs="" w:ascii="Times New Roman" w:hAnsi="Times New Roman"/>
                <w:color w:val="auto"/>
                <w:kern w:val="0"/>
                <w:sz w:val="20"/>
                <w:szCs w:val="20"/>
                <w:lang w:val="en-US" w:eastAsia="en-US" w:bidi="ar-SA"/>
              </w:rPr>
            </w:r>
          </w:p>
        </w:tc>
      </w:tr>
      <w:tr>
        <w:trPr/>
        <w:tc>
          <w:tcPr>
            <w:tcW w:w="2340" w:type="dxa"/>
            <w:tcBorders/>
            <w:tcMar>
              <w:top w:w="150" w:type="dxa"/>
              <w:left w:w="100" w:type="dxa"/>
              <w:bottom w:w="150" w:type="dxa"/>
              <w:right w:w="100" w:type="dxa"/>
            </w:tcMar>
          </w:tcPr>
          <w:p>
            <w:pPr>
              <w:pStyle w:val="Normal"/>
              <w:widowControl/>
              <w:spacing w:lineRule="auto" w:line="240" w:before="0" w:after="120"/>
              <w:jc w:val="left"/>
              <w:rPr>
                <w:rFonts w:ascii="Times New Roman" w:hAnsi="Times New Roman" w:eastAsia="ＭＳ 明朝" w:cs=""/>
                <w:color w:val="auto"/>
                <w:kern w:val="0"/>
                <w:sz w:val="20"/>
                <w:szCs w:val="20"/>
                <w:lang w:val="en-US" w:eastAsia="en-US" w:bidi="ar-SA"/>
              </w:rPr>
            </w:pPr>
            <w:r>
              <w:rPr>
                <w:rFonts w:eastAsia="ＭＳ 明朝" w:cs="" w:ascii="Times New Roman" w:hAnsi="Times New Roman"/>
                <w:color w:val="auto"/>
                <w:kern w:val="0"/>
                <w:sz w:val="20"/>
                <w:szCs w:val="20"/>
                <w:lang w:val="en-US" w:eastAsia="en-US" w:bidi="ar-SA"/>
              </w:rPr>
            </w:r>
          </w:p>
        </w:tc>
        <w:tc>
          <w:tcPr>
            <w:tcW w:w="2340" w:type="dxa"/>
            <w:tcBorders/>
            <w:tcMar>
              <w:top w:w="150" w:type="dxa"/>
              <w:left w:w="100" w:type="dxa"/>
              <w:bottom w:w="150" w:type="dxa"/>
              <w:right w:w="100" w:type="dxa"/>
            </w:tcMar>
          </w:tcPr>
          <w:p>
            <w:pPr>
              <w:pStyle w:val="Normal"/>
              <w:widowControl/>
              <w:spacing w:lineRule="auto" w:line="240" w:before="0" w:after="120"/>
              <w:jc w:val="left"/>
              <w:rPr>
                <w:rFonts w:ascii="Times New Roman" w:hAnsi="Times New Roman" w:eastAsia="ＭＳ 明朝" w:cs=""/>
                <w:color w:val="auto"/>
                <w:kern w:val="0"/>
                <w:sz w:val="20"/>
                <w:szCs w:val="20"/>
                <w:lang w:val="en-US" w:eastAsia="en-US" w:bidi="ar-SA"/>
              </w:rPr>
            </w:pPr>
            <w:r>
              <w:rPr>
                <w:rFonts w:eastAsia="ＭＳ 明朝" w:cs="" w:ascii="Times New Roman" w:hAnsi="Times New Roman"/>
                <w:color w:val="auto"/>
                <w:kern w:val="0"/>
                <w:sz w:val="20"/>
                <w:szCs w:val="20"/>
                <w:lang w:val="en-US" w:eastAsia="en-US" w:bidi="ar-SA"/>
              </w:rPr>
            </w:r>
          </w:p>
        </w:tc>
        <w:tc>
          <w:tcPr>
            <w:tcW w:w="2340" w:type="dxa"/>
            <w:tcBorders/>
            <w:tcMar>
              <w:top w:w="150" w:type="dxa"/>
              <w:left w:w="100" w:type="dxa"/>
              <w:bottom w:w="150" w:type="dxa"/>
              <w:right w:w="100" w:type="dxa"/>
            </w:tcMar>
          </w:tcPr>
          <w:p>
            <w:pPr>
              <w:pStyle w:val="Normal"/>
              <w:widowControl/>
              <w:spacing w:lineRule="auto" w:line="240" w:before="0" w:after="120"/>
              <w:jc w:val="left"/>
              <w:rPr>
                <w:rFonts w:ascii="Times New Roman" w:hAnsi="Times New Roman" w:eastAsia="ＭＳ 明朝" w:cs=""/>
                <w:color w:val="auto"/>
                <w:kern w:val="0"/>
                <w:sz w:val="20"/>
                <w:szCs w:val="20"/>
                <w:lang w:val="en-US" w:eastAsia="en-US" w:bidi="ar-SA"/>
              </w:rPr>
            </w:pPr>
            <w:r>
              <w:rPr>
                <w:rFonts w:eastAsia="ＭＳ 明朝" w:cs="" w:ascii="Times New Roman" w:hAnsi="Times New Roman"/>
                <w:color w:val="auto"/>
                <w:kern w:val="0"/>
                <w:sz w:val="20"/>
                <w:szCs w:val="20"/>
                <w:lang w:val="en-US" w:eastAsia="en-US" w:bidi="ar-SA"/>
              </w:rPr>
            </w:r>
          </w:p>
        </w:tc>
        <w:tc>
          <w:tcPr>
            <w:tcW w:w="2339" w:type="dxa"/>
            <w:tcBorders/>
            <w:tcMar>
              <w:top w:w="150" w:type="dxa"/>
              <w:left w:w="100" w:type="dxa"/>
              <w:bottom w:w="150" w:type="dxa"/>
              <w:right w:w="100" w:type="dxa"/>
            </w:tcMar>
          </w:tcPr>
          <w:p>
            <w:pPr>
              <w:pStyle w:val="Normal"/>
              <w:widowControl/>
              <w:spacing w:lineRule="auto" w:line="240" w:before="0" w:after="120"/>
              <w:jc w:val="left"/>
              <w:rPr>
                <w:rFonts w:ascii="Times New Roman" w:hAnsi="Times New Roman" w:eastAsia="ＭＳ 明朝" w:cs=""/>
                <w:color w:val="auto"/>
                <w:kern w:val="0"/>
                <w:sz w:val="20"/>
                <w:szCs w:val="20"/>
                <w:lang w:val="en-US" w:eastAsia="en-US" w:bidi="ar-SA"/>
              </w:rPr>
            </w:pPr>
            <w:r>
              <w:rPr>
                <w:rFonts w:eastAsia="ＭＳ 明朝" w:cs="" w:ascii="Times New Roman" w:hAnsi="Times New Roman"/>
                <w:color w:val="auto"/>
                <w:kern w:val="0"/>
                <w:sz w:val="20"/>
                <w:szCs w:val="20"/>
                <w:lang w:val="en-US" w:eastAsia="en-US" w:bidi="ar-SA"/>
              </w:rPr>
            </w:r>
          </w:p>
        </w:tc>
      </w:tr>
      <w:tr>
        <w:trPr/>
        <w:tc>
          <w:tcPr>
            <w:tcW w:w="2340" w:type="dxa"/>
            <w:tcBorders/>
            <w:tcMar>
              <w:top w:w="150" w:type="dxa"/>
              <w:left w:w="100" w:type="dxa"/>
              <w:bottom w:w="150" w:type="dxa"/>
              <w:right w:w="100" w:type="dxa"/>
            </w:tcMar>
          </w:tcPr>
          <w:p>
            <w:pPr>
              <w:pStyle w:val="Normal"/>
              <w:widowControl/>
              <w:spacing w:lineRule="auto" w:line="240" w:before="0" w:after="120"/>
              <w:jc w:val="left"/>
              <w:rPr>
                <w:rFonts w:ascii="Times New Roman" w:hAnsi="Times New Roman" w:eastAsia="ＭＳ 明朝" w:cs=""/>
                <w:color w:val="auto"/>
                <w:kern w:val="0"/>
                <w:sz w:val="20"/>
                <w:szCs w:val="20"/>
                <w:lang w:val="en-US" w:eastAsia="en-US" w:bidi="ar-SA"/>
              </w:rPr>
            </w:pPr>
            <w:r>
              <w:rPr>
                <w:rFonts w:eastAsia="ＭＳ 明朝" w:cs="" w:ascii="Times New Roman" w:hAnsi="Times New Roman"/>
                <w:color w:val="auto"/>
                <w:kern w:val="0"/>
                <w:sz w:val="20"/>
                <w:szCs w:val="20"/>
                <w:lang w:val="en-US" w:eastAsia="en-US" w:bidi="ar-SA"/>
              </w:rPr>
            </w:r>
          </w:p>
        </w:tc>
        <w:tc>
          <w:tcPr>
            <w:tcW w:w="2340" w:type="dxa"/>
            <w:tcBorders/>
            <w:tcMar>
              <w:top w:w="150" w:type="dxa"/>
              <w:left w:w="100" w:type="dxa"/>
              <w:bottom w:w="150" w:type="dxa"/>
              <w:right w:w="100" w:type="dxa"/>
            </w:tcMar>
          </w:tcPr>
          <w:p>
            <w:pPr>
              <w:pStyle w:val="Normal"/>
              <w:widowControl/>
              <w:spacing w:lineRule="auto" w:line="240" w:before="0" w:after="120"/>
              <w:jc w:val="left"/>
              <w:rPr>
                <w:rFonts w:ascii="Times New Roman" w:hAnsi="Times New Roman" w:eastAsia="ＭＳ 明朝" w:cs=""/>
                <w:color w:val="auto"/>
                <w:kern w:val="0"/>
                <w:sz w:val="20"/>
                <w:szCs w:val="20"/>
                <w:lang w:val="en-US" w:eastAsia="en-US" w:bidi="ar-SA"/>
              </w:rPr>
            </w:pPr>
            <w:r>
              <w:rPr>
                <w:rFonts w:eastAsia="ＭＳ 明朝" w:cs="" w:ascii="Times New Roman" w:hAnsi="Times New Roman"/>
                <w:color w:val="auto"/>
                <w:kern w:val="0"/>
                <w:sz w:val="20"/>
                <w:szCs w:val="20"/>
                <w:lang w:val="en-US" w:eastAsia="en-US" w:bidi="ar-SA"/>
              </w:rPr>
            </w:r>
          </w:p>
        </w:tc>
        <w:tc>
          <w:tcPr>
            <w:tcW w:w="2340" w:type="dxa"/>
            <w:tcBorders/>
            <w:tcMar>
              <w:top w:w="150" w:type="dxa"/>
              <w:left w:w="100" w:type="dxa"/>
              <w:bottom w:w="150" w:type="dxa"/>
              <w:right w:w="100" w:type="dxa"/>
            </w:tcMar>
          </w:tcPr>
          <w:p>
            <w:pPr>
              <w:pStyle w:val="Normal"/>
              <w:widowControl/>
              <w:spacing w:lineRule="auto" w:line="240" w:before="0" w:after="120"/>
              <w:jc w:val="left"/>
              <w:rPr>
                <w:rFonts w:ascii="Times New Roman" w:hAnsi="Times New Roman" w:eastAsia="ＭＳ 明朝" w:cs=""/>
                <w:color w:val="auto"/>
                <w:kern w:val="0"/>
                <w:sz w:val="20"/>
                <w:szCs w:val="20"/>
                <w:lang w:val="en-US" w:eastAsia="en-US" w:bidi="ar-SA"/>
              </w:rPr>
            </w:pPr>
            <w:r>
              <w:rPr>
                <w:rFonts w:eastAsia="ＭＳ 明朝" w:cs="" w:ascii="Times New Roman" w:hAnsi="Times New Roman"/>
                <w:color w:val="auto"/>
                <w:kern w:val="0"/>
                <w:sz w:val="20"/>
                <w:szCs w:val="20"/>
                <w:lang w:val="en-US" w:eastAsia="en-US" w:bidi="ar-SA"/>
              </w:rPr>
            </w:r>
          </w:p>
        </w:tc>
        <w:tc>
          <w:tcPr>
            <w:tcW w:w="2339" w:type="dxa"/>
            <w:tcBorders/>
            <w:tcMar>
              <w:top w:w="150" w:type="dxa"/>
              <w:left w:w="100" w:type="dxa"/>
              <w:bottom w:w="150" w:type="dxa"/>
              <w:right w:w="100" w:type="dxa"/>
            </w:tcMar>
          </w:tcPr>
          <w:p>
            <w:pPr>
              <w:pStyle w:val="Normal"/>
              <w:widowControl/>
              <w:spacing w:lineRule="auto" w:line="240" w:before="0" w:after="120"/>
              <w:jc w:val="left"/>
              <w:rPr>
                <w:rFonts w:ascii="Times New Roman" w:hAnsi="Times New Roman" w:eastAsia="ＭＳ 明朝" w:cs=""/>
                <w:color w:val="auto"/>
                <w:kern w:val="0"/>
                <w:sz w:val="20"/>
                <w:szCs w:val="20"/>
                <w:lang w:val="en-US" w:eastAsia="en-US" w:bidi="ar-SA"/>
              </w:rPr>
            </w:pPr>
            <w:r>
              <w:rPr>
                <w:rFonts w:eastAsia="ＭＳ 明朝" w:cs="" w:ascii="Times New Roman" w:hAnsi="Times New Roman"/>
                <w:color w:val="auto"/>
                <w:kern w:val="0"/>
                <w:sz w:val="20"/>
                <w:szCs w:val="20"/>
                <w:lang w:val="en-US" w:eastAsia="en-US" w:bidi="ar-SA"/>
              </w:rPr>
            </w:r>
          </w:p>
        </w:tc>
      </w:tr>
      <w:tr>
        <w:trPr/>
        <w:tc>
          <w:tcPr>
            <w:tcW w:w="2340" w:type="dxa"/>
            <w:tcBorders/>
            <w:tcMar>
              <w:top w:w="150" w:type="dxa"/>
              <w:left w:w="100" w:type="dxa"/>
              <w:bottom w:w="150" w:type="dxa"/>
              <w:right w:w="100" w:type="dxa"/>
            </w:tcMar>
          </w:tcPr>
          <w:p>
            <w:pPr>
              <w:pStyle w:val="Normal"/>
              <w:widowControl/>
              <w:spacing w:lineRule="auto" w:line="240" w:before="0" w:after="120"/>
              <w:jc w:val="left"/>
              <w:rPr>
                <w:rFonts w:ascii="Times New Roman" w:hAnsi="Times New Roman" w:eastAsia="ＭＳ 明朝" w:cs=""/>
                <w:color w:val="auto"/>
                <w:kern w:val="0"/>
                <w:sz w:val="20"/>
                <w:szCs w:val="20"/>
                <w:lang w:val="en-US" w:eastAsia="en-US" w:bidi="ar-SA"/>
              </w:rPr>
            </w:pPr>
            <w:r>
              <w:rPr>
                <w:rFonts w:eastAsia="ＭＳ 明朝" w:cs="" w:ascii="Times New Roman" w:hAnsi="Times New Roman"/>
                <w:color w:val="auto"/>
                <w:kern w:val="0"/>
                <w:sz w:val="20"/>
                <w:szCs w:val="20"/>
                <w:lang w:val="en-US" w:eastAsia="en-US" w:bidi="ar-SA"/>
              </w:rPr>
            </w:r>
          </w:p>
        </w:tc>
        <w:tc>
          <w:tcPr>
            <w:tcW w:w="2340" w:type="dxa"/>
            <w:tcBorders/>
            <w:tcMar>
              <w:top w:w="150" w:type="dxa"/>
              <w:left w:w="100" w:type="dxa"/>
              <w:bottom w:w="150" w:type="dxa"/>
              <w:right w:w="100" w:type="dxa"/>
            </w:tcMar>
          </w:tcPr>
          <w:p>
            <w:pPr>
              <w:pStyle w:val="Normal"/>
              <w:widowControl/>
              <w:spacing w:lineRule="auto" w:line="240" w:before="0" w:after="120"/>
              <w:jc w:val="left"/>
              <w:rPr>
                <w:rFonts w:ascii="Times New Roman" w:hAnsi="Times New Roman" w:eastAsia="ＭＳ 明朝" w:cs=""/>
                <w:color w:val="auto"/>
                <w:kern w:val="0"/>
                <w:sz w:val="20"/>
                <w:szCs w:val="20"/>
                <w:lang w:val="en-US" w:eastAsia="en-US" w:bidi="ar-SA"/>
              </w:rPr>
            </w:pPr>
            <w:r>
              <w:rPr>
                <w:rFonts w:eastAsia="ＭＳ 明朝" w:cs="" w:ascii="Times New Roman" w:hAnsi="Times New Roman"/>
                <w:color w:val="auto"/>
                <w:kern w:val="0"/>
                <w:sz w:val="20"/>
                <w:szCs w:val="20"/>
                <w:lang w:val="en-US" w:eastAsia="en-US" w:bidi="ar-SA"/>
              </w:rPr>
            </w:r>
          </w:p>
        </w:tc>
        <w:tc>
          <w:tcPr>
            <w:tcW w:w="2340" w:type="dxa"/>
            <w:tcBorders/>
            <w:tcMar>
              <w:top w:w="150" w:type="dxa"/>
              <w:left w:w="100" w:type="dxa"/>
              <w:bottom w:w="150" w:type="dxa"/>
              <w:right w:w="100" w:type="dxa"/>
            </w:tcMar>
          </w:tcPr>
          <w:p>
            <w:pPr>
              <w:pStyle w:val="Normal"/>
              <w:widowControl/>
              <w:spacing w:lineRule="auto" w:line="240" w:before="0" w:after="120"/>
              <w:jc w:val="left"/>
              <w:rPr>
                <w:rFonts w:ascii="Times New Roman" w:hAnsi="Times New Roman" w:eastAsia="ＭＳ 明朝" w:cs=""/>
                <w:color w:val="auto"/>
                <w:kern w:val="0"/>
                <w:sz w:val="20"/>
                <w:szCs w:val="20"/>
                <w:lang w:val="en-US" w:eastAsia="en-US" w:bidi="ar-SA"/>
              </w:rPr>
            </w:pPr>
            <w:r>
              <w:rPr>
                <w:rFonts w:eastAsia="ＭＳ 明朝" w:cs="" w:ascii="Times New Roman" w:hAnsi="Times New Roman"/>
                <w:color w:val="auto"/>
                <w:kern w:val="0"/>
                <w:sz w:val="20"/>
                <w:szCs w:val="20"/>
                <w:lang w:val="en-US" w:eastAsia="en-US" w:bidi="ar-SA"/>
              </w:rPr>
            </w:r>
          </w:p>
        </w:tc>
        <w:tc>
          <w:tcPr>
            <w:tcW w:w="2339" w:type="dxa"/>
            <w:tcBorders/>
            <w:tcMar>
              <w:top w:w="150" w:type="dxa"/>
              <w:left w:w="100" w:type="dxa"/>
              <w:bottom w:w="150" w:type="dxa"/>
              <w:right w:w="100" w:type="dxa"/>
            </w:tcMar>
          </w:tcPr>
          <w:p>
            <w:pPr>
              <w:pStyle w:val="Normal"/>
              <w:widowControl/>
              <w:spacing w:lineRule="auto" w:line="240" w:before="0" w:after="120"/>
              <w:jc w:val="left"/>
              <w:rPr>
                <w:rFonts w:ascii="Times New Roman" w:hAnsi="Times New Roman" w:eastAsia="ＭＳ 明朝" w:cs=""/>
                <w:color w:val="auto"/>
                <w:kern w:val="0"/>
                <w:sz w:val="20"/>
                <w:szCs w:val="20"/>
                <w:lang w:val="en-US" w:eastAsia="en-US" w:bidi="ar-SA"/>
              </w:rPr>
            </w:pPr>
            <w:r>
              <w:rPr>
                <w:rFonts w:eastAsia="ＭＳ 明朝" w:cs="" w:ascii="Times New Roman" w:hAnsi="Times New Roman"/>
                <w:color w:val="auto"/>
                <w:kern w:val="0"/>
                <w:sz w:val="20"/>
                <w:szCs w:val="20"/>
                <w:lang w:val="en-US" w:eastAsia="en-US" w:bidi="ar-SA"/>
              </w:rPr>
            </w:r>
          </w:p>
        </w:tc>
      </w:tr>
    </w:tbl>
    <w:p>
      <w:pPr>
        <w:pStyle w:val="Heading1"/>
        <w:spacing w:lineRule="auto" w:line="240"/>
        <w:rPr>
          <w:rFonts w:ascii="Times New Roman" w:hAnsi="Times New Roman"/>
          <w:color w:val="auto"/>
          <w:sz w:val="20"/>
          <w:szCs w:val="20"/>
        </w:rPr>
      </w:pPr>
      <w:r>
        <w:rPr>
          <w:rFonts w:ascii="Times New Roman" w:hAnsi="Times New Roman"/>
          <w:color w:val="auto"/>
          <w:sz w:val="20"/>
          <w:szCs w:val="20"/>
        </w:rPr>
        <w:t>15. Roteiro da exposição oral</w:t>
      </w:r>
    </w:p>
    <w:tbl>
      <w:tblPr>
        <w:tblStyle w:val="TableGrid"/>
        <w:tblW w:w="9360" w:type="dxa"/>
        <w:jc w:val="left"/>
        <w:tblInd w:w="12" w:type="dxa"/>
        <w:tblLayout w:type="fixed"/>
        <w:tblCellMar>
          <w:top w:w="90" w:type="dxa"/>
          <w:left w:w="120" w:type="dxa"/>
          <w:bottom w:w="90" w:type="dxa"/>
          <w:right w:w="120" w:type="dxa"/>
        </w:tblCellMar>
        <w:tblLook w:firstRow="1" w:noVBand="1" w:lastRow="0" w:firstColumn="1" w:lastColumn="0" w:noHBand="0" w:val="04a0"/>
      </w:tblPr>
      <w:tblGrid>
        <w:gridCol w:w="3120"/>
        <w:gridCol w:w="6240"/>
      </w:tblGrid>
      <w:tr>
        <w:trPr/>
        <w:tc>
          <w:tcPr>
            <w:tcW w:w="3120" w:type="dxa"/>
            <w:tcBorders/>
            <w:shd w:fill="17365D"/>
          </w:tcPr>
          <w:p>
            <w:pPr>
              <w:pStyle w:val="Normal"/>
              <w:widowControl/>
              <w:spacing w:lineRule="auto" w:line="240" w:before="0" w:after="120"/>
              <w:jc w:val="left"/>
              <w:rPr>
                <w:rFonts w:ascii="Times New Roman" w:hAnsi="Times New Roman" w:eastAsia="ＭＳ 明朝" w:cs=""/>
                <w:color w:val="auto"/>
                <w:kern w:val="0"/>
                <w:sz w:val="20"/>
                <w:szCs w:val="20"/>
                <w:lang w:val="en-US" w:eastAsia="en-US" w:bidi="ar-SA"/>
              </w:rPr>
            </w:pPr>
            <w:r>
              <w:rPr>
                <w:rFonts w:eastAsia="ＭＳ 明朝" w:cs="" w:ascii="Times New Roman" w:hAnsi="Times New Roman"/>
                <w:b/>
                <w:color w:val="auto"/>
                <w:kern w:val="0"/>
                <w:sz w:val="20"/>
                <w:szCs w:val="20"/>
                <w:lang w:val="en-US" w:eastAsia="en-US" w:bidi="ar-SA"/>
              </w:rPr>
              <w:t>Etapa</w:t>
            </w:r>
          </w:p>
        </w:tc>
        <w:tc>
          <w:tcPr>
            <w:tcW w:w="6240" w:type="dxa"/>
            <w:tcBorders/>
            <w:shd w:fill="17365D"/>
          </w:tcPr>
          <w:p>
            <w:pPr>
              <w:pStyle w:val="Normal"/>
              <w:widowControl/>
              <w:spacing w:lineRule="auto" w:line="240" w:before="0" w:after="120"/>
              <w:jc w:val="left"/>
              <w:rPr>
                <w:rFonts w:ascii="Times New Roman" w:hAnsi="Times New Roman" w:eastAsia="ＭＳ 明朝" w:cs=""/>
                <w:color w:val="auto"/>
                <w:kern w:val="0"/>
                <w:sz w:val="20"/>
                <w:szCs w:val="20"/>
                <w:lang w:val="en-US" w:eastAsia="en-US" w:bidi="ar-SA"/>
              </w:rPr>
            </w:pPr>
            <w:r>
              <w:rPr>
                <w:rFonts w:eastAsia="ＭＳ 明朝" w:cs="" w:ascii="Times New Roman" w:hAnsi="Times New Roman"/>
                <w:b/>
                <w:color w:val="auto"/>
                <w:kern w:val="0"/>
                <w:sz w:val="20"/>
                <w:szCs w:val="20"/>
                <w:lang w:val="en-US" w:eastAsia="en-US" w:bidi="ar-SA"/>
              </w:rPr>
              <w:t>Conteúdo</w:t>
            </w:r>
          </w:p>
        </w:tc>
      </w:tr>
      <w:tr>
        <w:trPr/>
        <w:tc>
          <w:tcPr>
            <w:tcW w:w="3120" w:type="dxa"/>
            <w:tcBorders/>
          </w:tcPr>
          <w:p>
            <w:pPr>
              <w:pStyle w:val="Normal"/>
              <w:widowControl/>
              <w:spacing w:lineRule="auto" w:line="240" w:before="0" w:after="120"/>
              <w:jc w:val="left"/>
              <w:rPr>
                <w:rFonts w:ascii="Times New Roman" w:hAnsi="Times New Roman" w:eastAsia="ＭＳ 明朝" w:cs=""/>
                <w:color w:val="auto"/>
                <w:kern w:val="0"/>
                <w:sz w:val="20"/>
                <w:szCs w:val="20"/>
                <w:lang w:val="en-US" w:eastAsia="en-US" w:bidi="ar-SA"/>
              </w:rPr>
            </w:pPr>
            <w:r>
              <w:rPr>
                <w:rFonts w:eastAsia="ＭＳ 明朝" w:cs="" w:ascii="Times New Roman" w:hAnsi="Times New Roman"/>
                <w:color w:val="auto"/>
                <w:kern w:val="0"/>
                <w:sz w:val="20"/>
                <w:szCs w:val="20"/>
                <w:lang w:val="en-US" w:eastAsia="en-US" w:bidi="ar-SA"/>
              </w:rPr>
              <w:t>1. Abertura</w:t>
            </w:r>
          </w:p>
        </w:tc>
        <w:tc>
          <w:tcPr>
            <w:tcW w:w="6240" w:type="dxa"/>
            <w:tcBorders/>
          </w:tcPr>
          <w:p>
            <w:pPr>
              <w:pStyle w:val="Normal"/>
              <w:widowControl/>
              <w:spacing w:lineRule="auto" w:line="240" w:before="0" w:after="120"/>
              <w:jc w:val="left"/>
              <w:rPr>
                <w:rFonts w:ascii="Times New Roman" w:hAnsi="Times New Roman" w:eastAsia="ＭＳ 明朝" w:cs=""/>
                <w:color w:val="auto"/>
                <w:kern w:val="0"/>
                <w:sz w:val="20"/>
                <w:szCs w:val="20"/>
                <w:lang w:val="en-US" w:eastAsia="en-US" w:bidi="ar-SA"/>
              </w:rPr>
            </w:pPr>
            <w:r>
              <w:rPr>
                <w:rFonts w:eastAsia="ＭＳ 明朝" w:cs="" w:ascii="Times New Roman" w:hAnsi="Times New Roman"/>
                <w:color w:val="auto"/>
                <w:kern w:val="0"/>
                <w:sz w:val="20"/>
                <w:szCs w:val="20"/>
                <w:lang w:val="en-US" w:eastAsia="en-US" w:bidi="ar-SA"/>
              </w:rPr>
              <w:t>Identifique o caso e sua relevância.</w:t>
            </w:r>
          </w:p>
        </w:tc>
      </w:tr>
      <w:tr>
        <w:trPr/>
        <w:tc>
          <w:tcPr>
            <w:tcW w:w="3120" w:type="dxa"/>
            <w:tcBorders/>
          </w:tcPr>
          <w:p>
            <w:pPr>
              <w:pStyle w:val="Normal"/>
              <w:widowControl/>
              <w:spacing w:lineRule="auto" w:line="240" w:before="0" w:after="120"/>
              <w:jc w:val="left"/>
              <w:rPr>
                <w:rFonts w:ascii="Times New Roman" w:hAnsi="Times New Roman" w:eastAsia="ＭＳ 明朝" w:cs=""/>
                <w:color w:val="auto"/>
                <w:kern w:val="0"/>
                <w:sz w:val="20"/>
                <w:szCs w:val="20"/>
                <w:lang w:val="en-US" w:eastAsia="en-US" w:bidi="ar-SA"/>
              </w:rPr>
            </w:pPr>
            <w:r>
              <w:rPr>
                <w:rFonts w:eastAsia="ＭＳ 明朝" w:cs="" w:ascii="Times New Roman" w:hAnsi="Times New Roman"/>
                <w:color w:val="auto"/>
                <w:kern w:val="0"/>
                <w:sz w:val="20"/>
                <w:szCs w:val="20"/>
                <w:lang w:val="en-US" w:eastAsia="en-US" w:bidi="ar-SA"/>
              </w:rPr>
              <w:t>2. Fatos</w:t>
            </w:r>
          </w:p>
        </w:tc>
        <w:tc>
          <w:tcPr>
            <w:tcW w:w="6240" w:type="dxa"/>
            <w:tcBorders/>
          </w:tcPr>
          <w:p>
            <w:pPr>
              <w:pStyle w:val="Normal"/>
              <w:widowControl/>
              <w:spacing w:lineRule="auto" w:line="240" w:before="0" w:after="120"/>
              <w:jc w:val="left"/>
              <w:rPr>
                <w:rFonts w:ascii="Times New Roman" w:hAnsi="Times New Roman" w:eastAsia="ＭＳ 明朝" w:cs=""/>
                <w:color w:val="auto"/>
                <w:kern w:val="0"/>
                <w:sz w:val="20"/>
                <w:szCs w:val="20"/>
                <w:lang w:val="en-US" w:eastAsia="en-US" w:bidi="ar-SA"/>
              </w:rPr>
            </w:pPr>
            <w:r>
              <w:rPr>
                <w:rFonts w:eastAsia="ＭＳ 明朝" w:cs="" w:ascii="Times New Roman" w:hAnsi="Times New Roman"/>
                <w:color w:val="auto"/>
                <w:kern w:val="0"/>
                <w:sz w:val="20"/>
                <w:szCs w:val="20"/>
                <w:lang w:val="en-US" w:eastAsia="en-US" w:bidi="ar-SA"/>
              </w:rPr>
              <w:t>Selecione apenas os acontecimentos indispensáveis.</w:t>
            </w:r>
          </w:p>
        </w:tc>
      </w:tr>
      <w:tr>
        <w:trPr/>
        <w:tc>
          <w:tcPr>
            <w:tcW w:w="3120" w:type="dxa"/>
            <w:tcBorders/>
          </w:tcPr>
          <w:p>
            <w:pPr>
              <w:pStyle w:val="Normal"/>
              <w:widowControl/>
              <w:spacing w:lineRule="auto" w:line="240" w:before="0" w:after="120"/>
              <w:jc w:val="left"/>
              <w:rPr>
                <w:rFonts w:ascii="Times New Roman" w:hAnsi="Times New Roman" w:eastAsia="ＭＳ 明朝" w:cs=""/>
                <w:color w:val="auto"/>
                <w:kern w:val="0"/>
                <w:sz w:val="20"/>
                <w:szCs w:val="20"/>
                <w:lang w:val="en-US" w:eastAsia="en-US" w:bidi="ar-SA"/>
              </w:rPr>
            </w:pPr>
            <w:r>
              <w:rPr>
                <w:rFonts w:eastAsia="ＭＳ 明朝" w:cs="" w:ascii="Times New Roman" w:hAnsi="Times New Roman"/>
                <w:color w:val="auto"/>
                <w:kern w:val="0"/>
                <w:sz w:val="20"/>
                <w:szCs w:val="20"/>
                <w:lang w:val="en-US" w:eastAsia="en-US" w:bidi="ar-SA"/>
              </w:rPr>
              <w:t>3. Problema</w:t>
            </w:r>
          </w:p>
        </w:tc>
        <w:tc>
          <w:tcPr>
            <w:tcW w:w="6240" w:type="dxa"/>
            <w:tcBorders/>
          </w:tcPr>
          <w:p>
            <w:pPr>
              <w:pStyle w:val="Normal"/>
              <w:widowControl/>
              <w:spacing w:lineRule="auto" w:line="240" w:before="0" w:after="120"/>
              <w:jc w:val="left"/>
              <w:rPr>
                <w:rFonts w:ascii="Times New Roman" w:hAnsi="Times New Roman" w:eastAsia="ＭＳ 明朝" w:cs=""/>
                <w:color w:val="auto"/>
                <w:kern w:val="0"/>
                <w:sz w:val="20"/>
                <w:szCs w:val="20"/>
                <w:lang w:val="en-US" w:eastAsia="en-US" w:bidi="ar-SA"/>
              </w:rPr>
            </w:pPr>
            <w:r>
              <w:rPr>
                <w:rFonts w:eastAsia="ＭＳ 明朝" w:cs="" w:ascii="Times New Roman" w:hAnsi="Times New Roman"/>
                <w:color w:val="auto"/>
                <w:kern w:val="0"/>
                <w:sz w:val="20"/>
                <w:szCs w:val="20"/>
                <w:lang w:val="en-US" w:eastAsia="en-US" w:bidi="ar-SA"/>
              </w:rPr>
              <w:t>Formule a controvérsia jurídica central.</w:t>
            </w:r>
          </w:p>
        </w:tc>
      </w:tr>
      <w:tr>
        <w:trPr/>
        <w:tc>
          <w:tcPr>
            <w:tcW w:w="3120" w:type="dxa"/>
            <w:tcBorders/>
          </w:tcPr>
          <w:p>
            <w:pPr>
              <w:pStyle w:val="Normal"/>
              <w:widowControl/>
              <w:spacing w:lineRule="auto" w:line="240" w:before="0" w:after="120"/>
              <w:jc w:val="left"/>
              <w:rPr>
                <w:rFonts w:ascii="Times New Roman" w:hAnsi="Times New Roman" w:eastAsia="ＭＳ 明朝" w:cs=""/>
                <w:color w:val="auto"/>
                <w:kern w:val="0"/>
                <w:sz w:val="20"/>
                <w:szCs w:val="20"/>
                <w:lang w:val="en-US" w:eastAsia="en-US" w:bidi="ar-SA"/>
              </w:rPr>
            </w:pPr>
            <w:r>
              <w:rPr>
                <w:rFonts w:eastAsia="ＭＳ 明朝" w:cs="" w:ascii="Times New Roman" w:hAnsi="Times New Roman"/>
                <w:color w:val="auto"/>
                <w:kern w:val="0"/>
                <w:sz w:val="20"/>
                <w:szCs w:val="20"/>
                <w:lang w:val="en-US" w:eastAsia="en-US" w:bidi="ar-SA"/>
              </w:rPr>
              <w:t>4. Direito aplicável</w:t>
            </w:r>
          </w:p>
        </w:tc>
        <w:tc>
          <w:tcPr>
            <w:tcW w:w="6240" w:type="dxa"/>
            <w:tcBorders/>
          </w:tcPr>
          <w:p>
            <w:pPr>
              <w:pStyle w:val="Normal"/>
              <w:widowControl/>
              <w:spacing w:lineRule="auto" w:line="240" w:before="0" w:after="120"/>
              <w:jc w:val="left"/>
              <w:rPr>
                <w:rFonts w:ascii="Times New Roman" w:hAnsi="Times New Roman" w:eastAsia="ＭＳ 明朝" w:cs=""/>
                <w:color w:val="auto"/>
                <w:kern w:val="0"/>
                <w:sz w:val="20"/>
                <w:szCs w:val="20"/>
                <w:lang w:val="en-US" w:eastAsia="en-US" w:bidi="ar-SA"/>
              </w:rPr>
            </w:pPr>
            <w:r>
              <w:rPr>
                <w:rFonts w:eastAsia="ＭＳ 明朝" w:cs="" w:ascii="Times New Roman" w:hAnsi="Times New Roman"/>
                <w:color w:val="auto"/>
                <w:kern w:val="0"/>
                <w:sz w:val="20"/>
                <w:szCs w:val="20"/>
                <w:lang w:val="en-US" w:eastAsia="en-US" w:bidi="ar-SA"/>
              </w:rPr>
              <w:t>Apresente sujeitos, fontes e competência.</w:t>
            </w:r>
          </w:p>
        </w:tc>
      </w:tr>
      <w:tr>
        <w:trPr/>
        <w:tc>
          <w:tcPr>
            <w:tcW w:w="3120" w:type="dxa"/>
            <w:tcBorders/>
          </w:tcPr>
          <w:p>
            <w:pPr>
              <w:pStyle w:val="Normal"/>
              <w:widowControl/>
              <w:spacing w:lineRule="auto" w:line="240" w:before="0" w:after="120"/>
              <w:jc w:val="left"/>
              <w:rPr>
                <w:rFonts w:ascii="Times New Roman" w:hAnsi="Times New Roman" w:eastAsia="ＭＳ 明朝" w:cs=""/>
                <w:color w:val="auto"/>
                <w:kern w:val="0"/>
                <w:sz w:val="20"/>
                <w:szCs w:val="20"/>
                <w:lang w:val="en-US" w:eastAsia="en-US" w:bidi="ar-SA"/>
              </w:rPr>
            </w:pPr>
            <w:r>
              <w:rPr>
                <w:rFonts w:eastAsia="ＭＳ 明朝" w:cs="" w:ascii="Times New Roman" w:hAnsi="Times New Roman"/>
                <w:color w:val="auto"/>
                <w:kern w:val="0"/>
                <w:sz w:val="20"/>
                <w:szCs w:val="20"/>
                <w:lang w:val="en-US" w:eastAsia="en-US" w:bidi="ar-SA"/>
              </w:rPr>
              <w:t>5. Desfecho</w:t>
            </w:r>
          </w:p>
        </w:tc>
        <w:tc>
          <w:tcPr>
            <w:tcW w:w="6240" w:type="dxa"/>
            <w:tcBorders/>
          </w:tcPr>
          <w:p>
            <w:pPr>
              <w:pStyle w:val="Normal"/>
              <w:widowControl/>
              <w:spacing w:lineRule="auto" w:line="240" w:before="0" w:after="120"/>
              <w:jc w:val="left"/>
              <w:rPr>
                <w:rFonts w:ascii="Times New Roman" w:hAnsi="Times New Roman" w:eastAsia="ＭＳ 明朝" w:cs=""/>
                <w:color w:val="auto"/>
                <w:kern w:val="0"/>
                <w:sz w:val="20"/>
                <w:szCs w:val="20"/>
                <w:lang w:val="en-US" w:eastAsia="en-US" w:bidi="ar-SA"/>
              </w:rPr>
            </w:pPr>
            <w:r>
              <w:rPr>
                <w:rFonts w:eastAsia="ＭＳ 明朝" w:cs="" w:ascii="Times New Roman" w:hAnsi="Times New Roman"/>
                <w:color w:val="auto"/>
                <w:kern w:val="0"/>
                <w:sz w:val="20"/>
                <w:szCs w:val="20"/>
                <w:lang w:val="en-US" w:eastAsia="en-US" w:bidi="ar-SA"/>
              </w:rPr>
              <w:t>Explique decisão, fundamentos e efeitos.</w:t>
            </w:r>
          </w:p>
        </w:tc>
      </w:tr>
      <w:tr>
        <w:trPr/>
        <w:tc>
          <w:tcPr>
            <w:tcW w:w="3120" w:type="dxa"/>
            <w:tcBorders/>
          </w:tcPr>
          <w:p>
            <w:pPr>
              <w:pStyle w:val="Normal"/>
              <w:widowControl/>
              <w:spacing w:lineRule="auto" w:line="240" w:before="0" w:after="120"/>
              <w:jc w:val="left"/>
              <w:rPr>
                <w:rFonts w:ascii="Times New Roman" w:hAnsi="Times New Roman" w:eastAsia="ＭＳ 明朝" w:cs=""/>
                <w:color w:val="auto"/>
                <w:kern w:val="0"/>
                <w:sz w:val="20"/>
                <w:szCs w:val="20"/>
                <w:lang w:val="en-US" w:eastAsia="en-US" w:bidi="ar-SA"/>
              </w:rPr>
            </w:pPr>
            <w:r>
              <w:rPr>
                <w:rFonts w:eastAsia="ＭＳ 明朝" w:cs="" w:ascii="Times New Roman" w:hAnsi="Times New Roman"/>
                <w:color w:val="auto"/>
                <w:kern w:val="0"/>
                <w:sz w:val="20"/>
                <w:szCs w:val="20"/>
                <w:lang w:val="en-US" w:eastAsia="en-US" w:bidi="ar-SA"/>
              </w:rPr>
              <w:t>6. Fechamento</w:t>
            </w:r>
          </w:p>
        </w:tc>
        <w:tc>
          <w:tcPr>
            <w:tcW w:w="6240" w:type="dxa"/>
            <w:tcBorders/>
          </w:tcPr>
          <w:p>
            <w:pPr>
              <w:pStyle w:val="Normal"/>
              <w:widowControl/>
              <w:spacing w:lineRule="auto" w:line="240" w:before="0" w:after="120"/>
              <w:jc w:val="left"/>
              <w:rPr>
                <w:rFonts w:ascii="Times New Roman" w:hAnsi="Times New Roman" w:eastAsia="ＭＳ 明朝" w:cs=""/>
                <w:color w:val="auto"/>
                <w:kern w:val="0"/>
                <w:sz w:val="20"/>
                <w:szCs w:val="20"/>
                <w:lang w:val="en-US" w:eastAsia="en-US" w:bidi="ar-SA"/>
              </w:rPr>
            </w:pPr>
            <w:r>
              <w:rPr>
                <w:rFonts w:eastAsia="ＭＳ 明朝" w:cs="" w:ascii="Times New Roman" w:hAnsi="Times New Roman"/>
                <w:color w:val="auto"/>
                <w:kern w:val="0"/>
                <w:sz w:val="20"/>
                <w:szCs w:val="20"/>
                <w:lang w:val="en-US" w:eastAsia="en-US" w:bidi="ar-SA"/>
              </w:rPr>
              <w:t>Indique contribuição, crítica e conexão teórica.</w:t>
            </w:r>
          </w:p>
        </w:tc>
      </w:tr>
    </w:tbl>
    <w:p>
      <w:pPr>
        <w:pStyle w:val="Heading1"/>
        <w:spacing w:lineRule="auto" w:line="240"/>
        <w:rPr>
          <w:rFonts w:ascii="Times New Roman" w:hAnsi="Times New Roman"/>
          <w:color w:val="auto"/>
          <w:sz w:val="20"/>
          <w:szCs w:val="20"/>
        </w:rPr>
      </w:pPr>
      <w:r>
        <w:rPr>
          <w:rFonts w:ascii="Times New Roman" w:hAnsi="Times New Roman"/>
          <w:color w:val="auto"/>
          <w:sz w:val="20"/>
          <w:szCs w:val="20"/>
        </w:rPr>
        <w:t>16. Checklist antes da prova</w:t>
      </w:r>
    </w:p>
    <w:p>
      <w:pPr>
        <w:pStyle w:val="Normal"/>
        <w:spacing w:lineRule="auto" w:line="240"/>
        <w:rPr>
          <w:rFonts w:ascii="Times New Roman" w:hAnsi="Times New Roman"/>
          <w:color w:val="auto"/>
          <w:sz w:val="20"/>
          <w:szCs w:val="20"/>
        </w:rPr>
      </w:pPr>
      <w:r>
        <w:rPr>
          <w:rFonts w:ascii="Times New Roman" w:hAnsi="Times New Roman"/>
          <w:color w:val="auto"/>
          <w:sz w:val="20"/>
          <w:szCs w:val="20"/>
        </w:rPr>
        <w:t xml:space="preserve">☐ </w:t>
      </w:r>
      <w:r>
        <w:rPr>
          <w:rFonts w:ascii="Times New Roman" w:hAnsi="Times New Roman"/>
          <w:color w:val="auto"/>
          <w:sz w:val="20"/>
          <w:szCs w:val="20"/>
        </w:rPr>
        <w:t>Consigo explicar o caso sem ler um texto pronto.</w:t>
      </w:r>
    </w:p>
    <w:p>
      <w:pPr>
        <w:pStyle w:val="Normal"/>
        <w:spacing w:lineRule="auto" w:line="240"/>
        <w:rPr>
          <w:rFonts w:ascii="Times New Roman" w:hAnsi="Times New Roman"/>
          <w:color w:val="auto"/>
          <w:sz w:val="20"/>
          <w:szCs w:val="20"/>
        </w:rPr>
      </w:pPr>
      <w:r>
        <w:rPr>
          <w:rFonts w:ascii="Times New Roman" w:hAnsi="Times New Roman"/>
          <w:color w:val="auto"/>
          <w:sz w:val="20"/>
          <w:szCs w:val="20"/>
        </w:rPr>
        <w:t xml:space="preserve">☐ </w:t>
      </w:r>
      <w:r>
        <w:rPr>
          <w:rFonts w:ascii="Times New Roman" w:hAnsi="Times New Roman"/>
          <w:color w:val="auto"/>
          <w:sz w:val="20"/>
          <w:szCs w:val="20"/>
        </w:rPr>
        <w:t>Sei formular o problema jurídico em uma frase.</w:t>
      </w:r>
    </w:p>
    <w:p>
      <w:pPr>
        <w:pStyle w:val="Normal"/>
        <w:spacing w:lineRule="auto" w:line="240"/>
        <w:rPr>
          <w:rFonts w:ascii="Times New Roman" w:hAnsi="Times New Roman"/>
          <w:color w:val="auto"/>
          <w:sz w:val="20"/>
          <w:szCs w:val="20"/>
        </w:rPr>
      </w:pPr>
      <w:r>
        <w:rPr>
          <w:rFonts w:ascii="Times New Roman" w:hAnsi="Times New Roman"/>
          <w:color w:val="auto"/>
          <w:sz w:val="20"/>
          <w:szCs w:val="20"/>
        </w:rPr>
        <w:t xml:space="preserve">☐ </w:t>
      </w:r>
      <w:r>
        <w:rPr>
          <w:rFonts w:ascii="Times New Roman" w:hAnsi="Times New Roman"/>
          <w:color w:val="auto"/>
          <w:sz w:val="20"/>
          <w:szCs w:val="20"/>
        </w:rPr>
        <w:t>Identifico os sujeitos e a capacidade de cada um.</w:t>
      </w:r>
    </w:p>
    <w:p>
      <w:pPr>
        <w:pStyle w:val="Normal"/>
        <w:spacing w:lineRule="auto" w:line="240"/>
        <w:rPr>
          <w:rFonts w:ascii="Times New Roman" w:hAnsi="Times New Roman"/>
          <w:color w:val="auto"/>
          <w:sz w:val="20"/>
          <w:szCs w:val="20"/>
        </w:rPr>
      </w:pPr>
      <w:r>
        <w:rPr>
          <w:rFonts w:ascii="Times New Roman" w:hAnsi="Times New Roman"/>
          <w:color w:val="auto"/>
          <w:sz w:val="20"/>
          <w:szCs w:val="20"/>
        </w:rPr>
        <w:t xml:space="preserve">☐ </w:t>
      </w:r>
      <w:r>
        <w:rPr>
          <w:rFonts w:ascii="Times New Roman" w:hAnsi="Times New Roman"/>
          <w:color w:val="auto"/>
          <w:sz w:val="20"/>
          <w:szCs w:val="20"/>
        </w:rPr>
        <w:t>Conheço as principais fontes aplicáveis.</w:t>
      </w:r>
    </w:p>
    <w:p>
      <w:pPr>
        <w:pStyle w:val="Normal"/>
        <w:spacing w:lineRule="auto" w:line="240"/>
        <w:rPr>
          <w:rFonts w:ascii="Times New Roman" w:hAnsi="Times New Roman"/>
          <w:color w:val="auto"/>
          <w:sz w:val="20"/>
          <w:szCs w:val="20"/>
        </w:rPr>
      </w:pPr>
      <w:r>
        <w:rPr>
          <w:rFonts w:ascii="Times New Roman" w:hAnsi="Times New Roman"/>
          <w:color w:val="auto"/>
          <w:sz w:val="20"/>
          <w:szCs w:val="20"/>
        </w:rPr>
        <w:t xml:space="preserve">☐ </w:t>
      </w:r>
      <w:r>
        <w:rPr>
          <w:rFonts w:ascii="Times New Roman" w:hAnsi="Times New Roman"/>
          <w:color w:val="auto"/>
          <w:sz w:val="20"/>
          <w:szCs w:val="20"/>
        </w:rPr>
        <w:t>Sei explicar a competência do órgão envolvido.</w:t>
      </w:r>
    </w:p>
    <w:p>
      <w:pPr>
        <w:pStyle w:val="Normal"/>
        <w:spacing w:lineRule="auto" w:line="240"/>
        <w:rPr>
          <w:rFonts w:ascii="Times New Roman" w:hAnsi="Times New Roman"/>
          <w:color w:val="auto"/>
          <w:sz w:val="20"/>
          <w:szCs w:val="20"/>
        </w:rPr>
      </w:pPr>
      <w:r>
        <w:rPr>
          <w:rFonts w:ascii="Times New Roman" w:hAnsi="Times New Roman"/>
          <w:color w:val="auto"/>
          <w:sz w:val="20"/>
          <w:szCs w:val="20"/>
        </w:rPr>
        <w:t xml:space="preserve">☐ </w:t>
      </w:r>
      <w:r>
        <w:rPr>
          <w:rFonts w:ascii="Times New Roman" w:hAnsi="Times New Roman"/>
          <w:color w:val="auto"/>
          <w:sz w:val="20"/>
          <w:szCs w:val="20"/>
        </w:rPr>
        <w:t>Consigo apresentar o desfecho e seus fundamentos.</w:t>
      </w:r>
    </w:p>
    <w:p>
      <w:pPr>
        <w:pStyle w:val="Normal"/>
        <w:spacing w:lineRule="auto" w:line="240"/>
        <w:rPr>
          <w:rFonts w:ascii="Times New Roman" w:hAnsi="Times New Roman"/>
          <w:color w:val="auto"/>
          <w:sz w:val="20"/>
          <w:szCs w:val="20"/>
        </w:rPr>
      </w:pPr>
      <w:r>
        <w:rPr>
          <w:rFonts w:ascii="Times New Roman" w:hAnsi="Times New Roman"/>
          <w:color w:val="auto"/>
          <w:sz w:val="20"/>
          <w:szCs w:val="20"/>
        </w:rPr>
        <w:t xml:space="preserve">☐ </w:t>
      </w:r>
      <w:r>
        <w:rPr>
          <w:rFonts w:ascii="Times New Roman" w:hAnsi="Times New Roman"/>
          <w:color w:val="auto"/>
          <w:sz w:val="20"/>
          <w:szCs w:val="20"/>
        </w:rPr>
        <w:t>Consigo comparar meu caso com outro.</w:t>
      </w:r>
    </w:p>
    <w:p>
      <w:pPr>
        <w:pStyle w:val="Normal"/>
        <w:spacing w:lineRule="auto" w:line="240"/>
        <w:rPr>
          <w:rFonts w:ascii="Times New Roman" w:hAnsi="Times New Roman"/>
          <w:color w:val="auto"/>
          <w:sz w:val="20"/>
          <w:szCs w:val="20"/>
        </w:rPr>
      </w:pPr>
      <w:r>
        <w:rPr>
          <w:rFonts w:ascii="Times New Roman" w:hAnsi="Times New Roman"/>
          <w:color w:val="auto"/>
          <w:sz w:val="20"/>
          <w:szCs w:val="20"/>
        </w:rPr>
        <w:t xml:space="preserve">☐ </w:t>
      </w:r>
      <w:r>
        <w:rPr>
          <w:rFonts w:ascii="Times New Roman" w:hAnsi="Times New Roman"/>
          <w:color w:val="auto"/>
          <w:sz w:val="20"/>
          <w:szCs w:val="20"/>
        </w:rPr>
        <w:t>Consigo responder a uma mudança hipotética nos fatos.</w:t>
      </w:r>
    </w:p>
    <w:p>
      <w:pPr>
        <w:pStyle w:val="Normal"/>
        <w:spacing w:lineRule="auto" w:line="240"/>
        <w:rPr>
          <w:rFonts w:ascii="Times New Roman" w:hAnsi="Times New Roman"/>
          <w:color w:val="auto"/>
          <w:sz w:val="20"/>
          <w:szCs w:val="20"/>
        </w:rPr>
      </w:pPr>
      <w:r>
        <w:rPr>
          <w:rFonts w:ascii="Times New Roman" w:hAnsi="Times New Roman"/>
          <w:color w:val="auto"/>
          <w:sz w:val="20"/>
          <w:szCs w:val="20"/>
        </w:rPr>
        <w:t xml:space="preserve">☐ </w:t>
      </w:r>
      <w:r>
        <w:rPr>
          <w:rFonts w:ascii="Times New Roman" w:hAnsi="Times New Roman"/>
          <w:color w:val="auto"/>
          <w:sz w:val="20"/>
          <w:szCs w:val="20"/>
        </w:rPr>
        <w:t>Conferi nomes, datas e teses em fontes oficiais.</w:t>
      </w:r>
    </w:p>
    <w:p>
      <w:pPr>
        <w:pStyle w:val="Normal"/>
        <w:spacing w:lineRule="auto" w:line="240"/>
        <w:rPr>
          <w:rFonts w:ascii="Times New Roman" w:hAnsi="Times New Roman"/>
          <w:color w:val="auto"/>
          <w:sz w:val="20"/>
          <w:szCs w:val="20"/>
        </w:rPr>
      </w:pPr>
      <w:r>
        <w:rPr>
          <w:rFonts w:ascii="Times New Roman" w:hAnsi="Times New Roman"/>
          <w:color w:val="auto"/>
          <w:sz w:val="20"/>
          <w:szCs w:val="20"/>
        </w:rPr>
        <w:t xml:space="preserve">☐ </w:t>
      </w:r>
      <w:r>
        <w:rPr>
          <w:rFonts w:ascii="Times New Roman" w:hAnsi="Times New Roman"/>
          <w:color w:val="auto"/>
          <w:sz w:val="20"/>
          <w:szCs w:val="20"/>
        </w:rPr>
        <w:t>Preparei uma ficha de apoio apenas com palavras-chave.</w:t>
      </w:r>
    </w:p>
    <w:p>
      <w:pPr>
        <w:pStyle w:val="Heading1"/>
        <w:spacing w:lineRule="auto" w:line="240"/>
        <w:rPr>
          <w:rFonts w:ascii="Times New Roman" w:hAnsi="Times New Roman"/>
          <w:color w:val="auto"/>
          <w:sz w:val="20"/>
          <w:szCs w:val="20"/>
        </w:rPr>
      </w:pPr>
      <w:r>
        <w:rPr>
          <w:rFonts w:ascii="Times New Roman" w:hAnsi="Times New Roman"/>
          <w:color w:val="auto"/>
          <w:sz w:val="20"/>
          <w:szCs w:val="20"/>
        </w:rPr>
        <w:t>17. Perguntas que ainda preciso esclarecer</w:t>
      </w:r>
    </w:p>
    <w:p>
      <w:pPr>
        <w:pStyle w:val="Normal"/>
        <w:keepNext w:val="true"/>
        <w:spacing w:lineRule="auto" w:line="240" w:before="120" w:after="60"/>
        <w:rPr>
          <w:rFonts w:ascii="Times New Roman" w:hAnsi="Times New Roman"/>
          <w:color w:val="auto"/>
          <w:sz w:val="20"/>
          <w:szCs w:val="20"/>
        </w:rPr>
      </w:pPr>
      <w:r>
        <w:rPr>
          <w:rFonts w:ascii="Times New Roman" w:hAnsi="Times New Roman"/>
          <w:b/>
          <w:color w:val="auto"/>
          <w:sz w:val="20"/>
          <w:szCs w:val="20"/>
        </w:rPr>
        <w:t>Registre dúvidas para pesquisar ou levar à professora.</w:t>
      </w:r>
    </w:p>
    <w:tbl>
      <w:tblPr>
        <w:tblStyle w:val="TableGrid"/>
        <w:tblW w:w="9360" w:type="dxa"/>
        <w:jc w:val="left"/>
        <w:tblInd w:w="12" w:type="dxa"/>
        <w:tblLayout w:type="fixed"/>
        <w:tblCellMar>
          <w:top w:w="120" w:type="dxa"/>
          <w:left w:w="120" w:type="dxa"/>
          <w:bottom w:w="120" w:type="dxa"/>
          <w:right w:w="120" w:type="dxa"/>
        </w:tblCellMar>
        <w:tblLook w:firstRow="1" w:noVBand="1" w:lastRow="0" w:firstColumn="1" w:lastColumn="0" w:noHBand="0" w:val="04a0"/>
      </w:tblPr>
      <w:tblGrid>
        <w:gridCol w:w="9360"/>
      </w:tblGrid>
      <w:tr>
        <w:trPr/>
        <w:tc>
          <w:tcPr>
            <w:tcW w:w="9360" w:type="dxa"/>
            <w:tcBorders/>
          </w:tcPr>
          <w:p>
            <w:pPr>
              <w:pStyle w:val="Normal"/>
              <w:widowControl/>
              <w:spacing w:lineRule="auto" w:line="240" w:before="0" w:after="120"/>
              <w:jc w:val="left"/>
              <w:rPr>
                <w:rFonts w:ascii="Times New Roman" w:hAnsi="Times New Roman" w:eastAsia="ＭＳ 明朝" w:cs=""/>
                <w:color w:val="auto"/>
                <w:kern w:val="0"/>
                <w:sz w:val="20"/>
                <w:szCs w:val="20"/>
                <w:lang w:val="en-US" w:eastAsia="en-US" w:bidi="ar-SA"/>
              </w:rPr>
            </w:pPr>
            <w:r>
              <w:rPr>
                <w:rFonts w:eastAsia="ＭＳ 明朝" w:cs="" w:ascii="Times New Roman" w:hAnsi="Times New Roman"/>
                <w:color w:val="auto"/>
                <w:kern w:val="0"/>
                <w:sz w:val="20"/>
                <w:szCs w:val="20"/>
                <w:lang w:val="en-US" w:eastAsia="en-US" w:bidi="ar-SA"/>
              </w:rPr>
            </w:r>
          </w:p>
        </w:tc>
      </w:tr>
      <w:tr>
        <w:trPr/>
        <w:tc>
          <w:tcPr>
            <w:tcW w:w="9360" w:type="dxa"/>
            <w:tcBorders/>
          </w:tcPr>
          <w:p>
            <w:pPr>
              <w:pStyle w:val="Normal"/>
              <w:widowControl/>
              <w:spacing w:lineRule="auto" w:line="240" w:before="0" w:after="120"/>
              <w:jc w:val="left"/>
              <w:rPr>
                <w:rFonts w:ascii="Times New Roman" w:hAnsi="Times New Roman" w:eastAsia="ＭＳ 明朝" w:cs=""/>
                <w:color w:val="auto"/>
                <w:kern w:val="0"/>
                <w:sz w:val="20"/>
                <w:szCs w:val="20"/>
                <w:lang w:val="en-US" w:eastAsia="en-US" w:bidi="ar-SA"/>
              </w:rPr>
            </w:pPr>
            <w:r>
              <w:rPr>
                <w:rFonts w:eastAsia="ＭＳ 明朝" w:cs="" w:ascii="Times New Roman" w:hAnsi="Times New Roman"/>
                <w:color w:val="auto"/>
                <w:kern w:val="0"/>
                <w:sz w:val="20"/>
                <w:szCs w:val="20"/>
                <w:lang w:val="en-US" w:eastAsia="en-US" w:bidi="ar-SA"/>
              </w:rPr>
            </w:r>
          </w:p>
        </w:tc>
      </w:tr>
      <w:tr>
        <w:trPr/>
        <w:tc>
          <w:tcPr>
            <w:tcW w:w="9360" w:type="dxa"/>
            <w:tcBorders/>
          </w:tcPr>
          <w:p>
            <w:pPr>
              <w:pStyle w:val="Normal"/>
              <w:widowControl/>
              <w:spacing w:lineRule="auto" w:line="240" w:before="0" w:after="120"/>
              <w:jc w:val="left"/>
              <w:rPr>
                <w:rFonts w:ascii="Times New Roman" w:hAnsi="Times New Roman" w:eastAsia="ＭＳ 明朝" w:cs=""/>
                <w:color w:val="auto"/>
                <w:kern w:val="0"/>
                <w:sz w:val="20"/>
                <w:szCs w:val="20"/>
                <w:lang w:val="en-US" w:eastAsia="en-US" w:bidi="ar-SA"/>
              </w:rPr>
            </w:pPr>
            <w:r>
              <w:rPr>
                <w:rFonts w:eastAsia="ＭＳ 明朝" w:cs="" w:ascii="Times New Roman" w:hAnsi="Times New Roman"/>
                <w:color w:val="auto"/>
                <w:kern w:val="0"/>
                <w:sz w:val="20"/>
                <w:szCs w:val="20"/>
                <w:lang w:val="en-US" w:eastAsia="en-US" w:bidi="ar-SA"/>
              </w:rPr>
            </w:r>
          </w:p>
        </w:tc>
      </w:tr>
      <w:tr>
        <w:trPr/>
        <w:tc>
          <w:tcPr>
            <w:tcW w:w="9360" w:type="dxa"/>
            <w:tcBorders/>
          </w:tcPr>
          <w:p>
            <w:pPr>
              <w:pStyle w:val="Normal"/>
              <w:widowControl/>
              <w:spacing w:lineRule="auto" w:line="240" w:before="0" w:after="120"/>
              <w:jc w:val="left"/>
              <w:rPr>
                <w:rFonts w:ascii="Times New Roman" w:hAnsi="Times New Roman" w:eastAsia="ＭＳ 明朝" w:cs=""/>
                <w:color w:val="auto"/>
                <w:kern w:val="0"/>
                <w:sz w:val="20"/>
                <w:szCs w:val="20"/>
                <w:lang w:val="en-US" w:eastAsia="en-US" w:bidi="ar-SA"/>
              </w:rPr>
            </w:pPr>
            <w:r>
              <w:rPr>
                <w:rFonts w:eastAsia="ＭＳ 明朝" w:cs="" w:ascii="Times New Roman" w:hAnsi="Times New Roman"/>
                <w:color w:val="auto"/>
                <w:kern w:val="0"/>
                <w:sz w:val="20"/>
                <w:szCs w:val="20"/>
                <w:lang w:val="en-US" w:eastAsia="en-US" w:bidi="ar-SA"/>
              </w:rPr>
            </w:r>
          </w:p>
        </w:tc>
      </w:tr>
    </w:tbl>
    <w:sectPr>
      <w:headerReference w:type="default" r:id="rId2"/>
      <w:footerReference w:type="default" r:id="rId3"/>
      <w:type w:val="nextPage"/>
      <w:pgSz w:w="12240" w:h="15840"/>
      <w:pgMar w:left="1440" w:right="1440" w:gutter="0" w:header="504" w:top="1037" w:footer="504" w:bottom="1037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ambria">
    <w:charset w:val="00"/>
    <w:family w:val="roman"/>
    <w:pitch w:val="variable"/>
  </w:font>
  <w:font w:name="Calibri">
    <w:charset w:val="00"/>
    <w:family w:val="roman"/>
    <w:pitch w:val="variable"/>
  </w:font>
  <w:font w:name="Courier">
    <w:altName w:val="Courier New"/>
    <w:charset w:val="00"/>
    <w:family w:val="roman"/>
    <w:pitch w:val="variable"/>
  </w:font>
  <w:font w:name="Liberation Sans">
    <w:altName w:val="Arial"/>
    <w:charset w:val="00"/>
    <w:family w:val="swiss"/>
    <w:pitch w:val="variable"/>
  </w:font>
  <w:font w:name="Times New Roman">
    <w:charset w:val="01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jc w:val="center"/>
      <w:rPr>
        <w:rFonts w:ascii="Times New Roman" w:hAnsi="Times New Roman"/>
        <w:color w:val="auto"/>
      </w:rPr>
    </w:pPr>
    <w:r>
      <w:rPr>
        <w:rFonts w:ascii="Times New Roman" w:hAnsi="Times New Roman"/>
        <w:color w:val="auto"/>
      </w:rPr>
      <w:t xml:space="preserve">Ficha de estudo de caso  •  Página </w:t>
    </w:r>
    <w:r>
      <w:rPr>
        <w:rFonts w:ascii="Times New Roman" w:hAnsi="Times New Roman"/>
        <w:color w:val="auto"/>
      </w:rPr>
      <w:fldChar w:fldCharType="begin"/>
    </w:r>
    <w:r>
      <w:rPr>
        <w:rFonts w:ascii="Times New Roman" w:hAnsi="Times New Roman"/>
        <w:color w:val="auto"/>
      </w:rPr>
      <w:instrText xml:space="preserve"> PAGE </w:instrText>
    </w:r>
    <w:r>
      <w:rPr>
        <w:rFonts w:ascii="Times New Roman" w:hAnsi="Times New Roman"/>
        <w:color w:val="auto"/>
      </w:rPr>
      <w:fldChar w:fldCharType="separate"/>
    </w:r>
    <w:r>
      <w:rPr>
        <w:rFonts w:ascii="Times New Roman" w:hAnsi="Times New Roman"/>
        <w:color w:val="auto"/>
      </w:rPr>
      <w:t>2</w:t>
    </w:r>
    <w:r>
      <w:rPr>
        <w:rFonts w:ascii="Times New Roman" w:hAnsi="Times New Roman"/>
        <w:color w:val="auto"/>
      </w:rPr>
      <w:fldChar w:fldCharType="end"/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right"/>
      <w:rPr>
        <w:rFonts w:ascii="Times New Roman" w:hAnsi="Times New Roman"/>
        <w:color w:val="auto"/>
      </w:rPr>
    </w:pPr>
    <w:r>
      <w:rPr>
        <w:rFonts w:ascii="Times New Roman" w:hAnsi="Times New Roman"/>
        <w:b/>
        <w:color w:val="auto"/>
        <w:sz w:val="17"/>
      </w:rPr>
      <w:t>DIREITO INTERNACIONAL  |  AVALIAÇÃO ORAL</w:t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"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/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5"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/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6"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/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7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w="http://schemas.openxmlformats.org/wordprocessingml/2006/main">
  <w:zoom w:percent="130"/>
  <w:defaultTabStop w:val="720"/>
  <w:autoHyphenation w:val="true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en-US" w:eastAsia="ja-JP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mbria" w:hAnsi="Cambria" w:eastAsia="ＭＳ 明朝" w:cs="" w:asciiTheme="minorHAnsi" w:cstheme="minorBidi" w:eastAsiaTheme="minorEastAsia" w:hAnsiTheme="minorHAnsi"/>
        <w:sz w:val="22"/>
        <w:szCs w:val="22"/>
        <w:lang w:val="en-US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76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fc693f"/>
    <w:pPr>
      <w:widowControl/>
      <w:bidi w:val="0"/>
      <w:spacing w:lineRule="auto" w:line="276" w:before="0" w:after="120"/>
      <w:jc w:val="left"/>
    </w:pPr>
    <w:rPr>
      <w:rFonts w:ascii="Calibri" w:hAnsi="Calibri" w:eastAsia="ＭＳ 明朝" w:cs=""/>
      <w:color w:val="243447"/>
      <w:kern w:val="0"/>
      <w:sz w:val="21"/>
      <w:szCs w:val="22"/>
      <w:lang w:val="en-US" w:eastAsia="en-US" w:bidi="ar-SA"/>
    </w:rPr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 w:val="true"/>
      <w:keepLines/>
      <w:spacing w:before="300" w:after="160"/>
      <w:outlineLvl w:val="0"/>
    </w:pPr>
    <w:rPr>
      <w:rFonts w:ascii="Calibri" w:hAnsi="Calibri" w:eastAsia="ＭＳ ゴシック" w:cs="" w:asciiTheme="majorHAnsi" w:cstheme="majorBidi" w:eastAsiaTheme="majorEastAsia" w:hAnsiTheme="majorHAnsi"/>
      <w:b/>
      <w:bCs/>
      <w:color w:val="17365D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 w:val="true"/>
      <w:keepLines/>
      <w:spacing w:before="220" w:after="120"/>
      <w:outlineLvl w:val="1"/>
    </w:pPr>
    <w:rPr>
      <w:rFonts w:ascii="Calibri" w:hAnsi="Calibri" w:eastAsia="ＭＳ ゴシック" w:cs="" w:asciiTheme="majorHAnsi" w:cstheme="majorBidi" w:eastAsiaTheme="majorEastAsia" w:hAnsiTheme="majorHAnsi"/>
      <w:b/>
      <w:bCs/>
      <w:color w:val="2B5C88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 w:val="true"/>
      <w:keepLines/>
      <w:spacing w:before="160" w:after="80"/>
      <w:outlineLvl w:val="2"/>
    </w:pPr>
    <w:rPr>
      <w:rFonts w:ascii="Calibri" w:hAnsi="Calibri" w:eastAsia="ＭＳ ゴシック" w:cs="" w:asciiTheme="majorHAnsi" w:cstheme="majorBidi" w:eastAsiaTheme="majorEastAsia" w:hAnsiTheme="majorHAnsi"/>
      <w:b/>
      <w:bCs/>
      <w:color w:val="2B5C88"/>
      <w:sz w:val="22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 w:val="true"/>
      <w:keepLines/>
      <w:spacing w:before="200" w:after="0"/>
      <w:outlineLvl w:val="3"/>
    </w:pPr>
    <w:rPr>
      <w:rFonts w:ascii="Calibri" w:hAnsi="Calibri" w:eastAsia="ＭＳ ゴシック" w:cs="" w:asciiTheme="majorHAnsi" w:cstheme="majorBidi" w:eastAsiaTheme="majorEastAsia" w:hAnsiTheme="majorHAnsi"/>
      <w:b/>
      <w:bCs/>
      <w:i/>
      <w:iCs/>
      <w:color w:themeColor="accent1" w:val="4F81BD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 w:val="true"/>
      <w:keepLines/>
      <w:spacing w:before="200" w:after="0"/>
      <w:outlineLvl w:val="4"/>
    </w:pPr>
    <w:rPr>
      <w:rFonts w:ascii="Calibri" w:hAnsi="Calibri" w:eastAsia="ＭＳ ゴシック" w:cs="" w:asciiTheme="majorHAnsi" w:cstheme="majorBidi" w:eastAsiaTheme="majorEastAsia" w:hAnsiTheme="majorHAnsi"/>
      <w:color w:themeColor="accent1" w:themeShade="7f" w:val="243F60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 w:val="true"/>
      <w:keepLines/>
      <w:spacing w:before="200" w:after="0"/>
      <w:outlineLvl w:val="5"/>
    </w:pPr>
    <w:rPr>
      <w:rFonts w:ascii="Calibri" w:hAnsi="Calibri" w:eastAsia="ＭＳ ゴシック" w:cs="" w:asciiTheme="majorHAnsi" w:cstheme="majorBidi" w:eastAsiaTheme="majorEastAsia" w:hAnsiTheme="majorHAnsi"/>
      <w:i/>
      <w:iCs/>
      <w:color w:themeColor="accent1" w:themeShade="7f" w:val="243F60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 w:val="true"/>
      <w:keepLines/>
      <w:spacing w:before="200" w:after="0"/>
      <w:outlineLvl w:val="6"/>
    </w:pPr>
    <w:rPr>
      <w:rFonts w:ascii="Calibri" w:hAnsi="Calibri" w:eastAsia="ＭＳ ゴシック" w:cs="" w:asciiTheme="majorHAnsi" w:cstheme="majorBidi" w:eastAsiaTheme="majorEastAsia" w:hAnsiTheme="majorHAnsi"/>
      <w:i/>
      <w:iCs/>
      <w:color w:themeColor="text1" w:themeTint="bf" w:val="404040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 w:val="true"/>
      <w:keepLines/>
      <w:spacing w:before="200" w:after="0"/>
      <w:outlineLvl w:val="7"/>
    </w:pPr>
    <w:rPr>
      <w:rFonts w:ascii="Calibri" w:hAnsi="Calibri" w:eastAsia="ＭＳ ゴシック" w:cs="" w:asciiTheme="majorHAnsi" w:cstheme="majorBidi" w:eastAsiaTheme="majorEastAsia" w:hAnsiTheme="majorHAnsi"/>
      <w:color w:themeColor="accent1" w:val="4F81BD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 w:val="true"/>
      <w:keepLines/>
      <w:spacing w:before="200" w:after="0"/>
      <w:outlineLvl w:val="8"/>
    </w:pPr>
    <w:rPr>
      <w:rFonts w:ascii="Calibri" w:hAnsi="Calibri" w:eastAsia="ＭＳ ゴシック" w:cs="" w:asciiTheme="majorHAnsi" w:cstheme="majorBidi" w:eastAsiaTheme="majorEastAsia" w:hAnsiTheme="majorHAnsi"/>
      <w:i/>
      <w:iCs/>
      <w:color w:themeColor="text1" w:themeTint="bf" w:val="404040"/>
      <w:sz w:val="20"/>
      <w:szCs w:val="20"/>
    </w:rPr>
  </w:style>
  <w:style w:type="character" w:styleId="HeaderChar" w:customStyle="1">
    <w:name w:val="Header Char"/>
    <w:basedOn w:val="DefaultParagraphFont"/>
    <w:uiPriority w:val="99"/>
    <w:qFormat/>
    <w:rsid w:val="00e618bf"/>
    <w:rPr/>
  </w:style>
  <w:style w:type="character" w:styleId="FooterChar" w:customStyle="1">
    <w:name w:val="Footer Char"/>
    <w:basedOn w:val="DefaultParagraphFont"/>
    <w:uiPriority w:val="99"/>
    <w:qFormat/>
    <w:rsid w:val="00e618bf"/>
    <w:rPr/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Heading1Char" w:customStyle="1">
    <w:name w:val="Heading 1 Char"/>
    <w:basedOn w:val="DefaultParagraphFont"/>
    <w:uiPriority w:val="9"/>
    <w:qFormat/>
    <w:rsid w:val="00fc693f"/>
    <w:rPr>
      <w:rFonts w:ascii="Calibri" w:hAnsi="Calibri" w:eastAsia="ＭＳ ゴシック" w:cs="" w:asciiTheme="majorHAnsi" w:cstheme="majorBidi" w:eastAsiaTheme="majorEastAsia" w:hAnsiTheme="majorHAnsi"/>
      <w:b/>
      <w:bCs/>
      <w:color w:themeColor="accent1" w:themeShade="bf" w:val="365F91"/>
      <w:sz w:val="28"/>
      <w:szCs w:val="28"/>
    </w:rPr>
  </w:style>
  <w:style w:type="character" w:styleId="Heading2Char" w:customStyle="1">
    <w:name w:val="Heading 2 Char"/>
    <w:basedOn w:val="DefaultParagraphFont"/>
    <w:uiPriority w:val="9"/>
    <w:qFormat/>
    <w:rsid w:val="00fc693f"/>
    <w:rPr>
      <w:rFonts w:ascii="Calibri" w:hAnsi="Calibri" w:eastAsia="ＭＳ ゴシック" w:cs="" w:asciiTheme="majorHAnsi" w:cstheme="majorBidi" w:eastAsiaTheme="majorEastAsia" w:hAnsiTheme="majorHAnsi"/>
      <w:b/>
      <w:bCs/>
      <w:color w:themeColor="accent1" w:val="4F81BD"/>
      <w:sz w:val="26"/>
      <w:szCs w:val="26"/>
    </w:rPr>
  </w:style>
  <w:style w:type="character" w:styleId="Heading3Char" w:customStyle="1">
    <w:name w:val="Heading 3 Char"/>
    <w:basedOn w:val="DefaultParagraphFont"/>
    <w:uiPriority w:val="9"/>
    <w:qFormat/>
    <w:rsid w:val="00fc693f"/>
    <w:rPr>
      <w:rFonts w:ascii="Calibri" w:hAnsi="Calibri" w:eastAsia="ＭＳ ゴシック" w:cs="" w:asciiTheme="majorHAnsi" w:cstheme="majorBidi" w:eastAsiaTheme="majorEastAsia" w:hAnsiTheme="majorHAnsi"/>
      <w:b/>
      <w:bCs/>
      <w:color w:themeColor="accent1" w:val="4F81BD"/>
    </w:rPr>
  </w:style>
  <w:style w:type="character" w:styleId="TitleChar" w:customStyle="1">
    <w:name w:val="Title Char"/>
    <w:basedOn w:val="DefaultParagraphFont"/>
    <w:uiPriority w:val="10"/>
    <w:qFormat/>
    <w:rsid w:val="00fc693f"/>
    <w:rPr>
      <w:rFonts w:ascii="Calibri" w:hAnsi="Calibri" w:eastAsia="ＭＳ ゴシック" w:cs="" w:asciiTheme="majorHAnsi" w:cstheme="majorBidi" w:eastAsiaTheme="majorEastAsia" w:hAnsiTheme="majorHAnsi"/>
      <w:color w:themeColor="text2" w:themeShade="bf" w:val="17365D"/>
      <w:spacing w:val="5"/>
      <w:kern w:val="2"/>
      <w:sz w:val="52"/>
      <w:szCs w:val="52"/>
    </w:rPr>
  </w:style>
  <w:style w:type="character" w:styleId="SubtitleChar" w:customStyle="1">
    <w:name w:val="Subtitle Char"/>
    <w:basedOn w:val="DefaultParagraphFont"/>
    <w:uiPriority w:val="11"/>
    <w:qFormat/>
    <w:rsid w:val="00fc693f"/>
    <w:rPr>
      <w:rFonts w:ascii="Calibri" w:hAnsi="Calibri" w:eastAsia="ＭＳ ゴシック" w:cs="" w:asciiTheme="majorHAnsi" w:cstheme="majorBidi" w:eastAsiaTheme="majorEastAsia" w:hAnsiTheme="majorHAnsi"/>
      <w:i/>
      <w:iCs/>
      <w:color w:themeColor="accent1" w:val="4F81BD"/>
      <w:spacing w:val="15"/>
      <w:sz w:val="24"/>
      <w:szCs w:val="24"/>
    </w:rPr>
  </w:style>
  <w:style w:type="character" w:styleId="BodyTextChar" w:customStyle="1">
    <w:name w:val="Body Text Char"/>
    <w:basedOn w:val="DefaultParagraphFont"/>
    <w:uiPriority w:val="99"/>
    <w:qFormat/>
    <w:rsid w:val="00aa1d8d"/>
    <w:rPr/>
  </w:style>
  <w:style w:type="character" w:styleId="BodyText2Char" w:customStyle="1">
    <w:name w:val="Body Text 2 Char"/>
    <w:basedOn w:val="DefaultParagraphFont"/>
    <w:link w:val="BodyText2"/>
    <w:uiPriority w:val="99"/>
    <w:qFormat/>
    <w:rsid w:val="00aa1d8d"/>
    <w:rPr/>
  </w:style>
  <w:style w:type="character" w:styleId="BodyText3Char" w:customStyle="1">
    <w:name w:val="Body Text 3 Char"/>
    <w:basedOn w:val="DefaultParagraphFont"/>
    <w:link w:val="BodyText3"/>
    <w:uiPriority w:val="99"/>
    <w:qFormat/>
    <w:rsid w:val="00aa1d8d"/>
    <w:rPr>
      <w:sz w:val="16"/>
      <w:szCs w:val="16"/>
    </w:rPr>
  </w:style>
  <w:style w:type="character" w:styleId="MacroTextChar" w:customStyle="1">
    <w:name w:val="Macro Text Char"/>
    <w:basedOn w:val="DefaultParagraphFont"/>
    <w:link w:val="Macro"/>
    <w:uiPriority w:val="99"/>
    <w:qFormat/>
    <w:rsid w:val="0029639d"/>
    <w:rPr>
      <w:rFonts w:ascii="Courier" w:hAnsi="Courier"/>
      <w:sz w:val="20"/>
      <w:szCs w:val="20"/>
    </w:rPr>
  </w:style>
  <w:style w:type="character" w:styleId="QuoteChar" w:customStyle="1">
    <w:name w:val="Quote Char"/>
    <w:basedOn w:val="DefaultParagraphFont"/>
    <w:link w:val="Quote"/>
    <w:uiPriority w:val="29"/>
    <w:qFormat/>
    <w:rsid w:val="00fc693f"/>
    <w:rPr>
      <w:i/>
      <w:iCs/>
      <w:color w:themeColor="text1" w:val="000000"/>
    </w:rPr>
  </w:style>
  <w:style w:type="character" w:styleId="Heading4Char" w:customStyle="1">
    <w:name w:val="Heading 4 Char"/>
    <w:basedOn w:val="DefaultParagraphFont"/>
    <w:uiPriority w:val="9"/>
    <w:semiHidden/>
    <w:qFormat/>
    <w:rsid w:val="00fc693f"/>
    <w:rPr>
      <w:rFonts w:ascii="Calibri" w:hAnsi="Calibri" w:eastAsia="ＭＳ ゴシック" w:cs="" w:asciiTheme="majorHAnsi" w:cstheme="majorBidi" w:eastAsiaTheme="majorEastAsia" w:hAnsiTheme="majorHAnsi"/>
      <w:b/>
      <w:bCs/>
      <w:i/>
      <w:iCs/>
      <w:color w:themeColor="accent1" w:val="4F81BD"/>
    </w:rPr>
  </w:style>
  <w:style w:type="character" w:styleId="Heading5Char" w:customStyle="1">
    <w:name w:val="Heading 5 Char"/>
    <w:basedOn w:val="DefaultParagraphFont"/>
    <w:uiPriority w:val="9"/>
    <w:semiHidden/>
    <w:qFormat/>
    <w:rsid w:val="00fc693f"/>
    <w:rPr>
      <w:rFonts w:ascii="Calibri" w:hAnsi="Calibri" w:eastAsia="ＭＳ ゴシック" w:cs="" w:asciiTheme="majorHAnsi" w:cstheme="majorBidi" w:eastAsiaTheme="majorEastAsia" w:hAnsiTheme="majorHAnsi"/>
      <w:color w:themeColor="accent1" w:themeShade="7f" w:val="243F60"/>
    </w:rPr>
  </w:style>
  <w:style w:type="character" w:styleId="Heading6Char" w:customStyle="1">
    <w:name w:val="Heading 6 Char"/>
    <w:basedOn w:val="DefaultParagraphFont"/>
    <w:uiPriority w:val="9"/>
    <w:semiHidden/>
    <w:qFormat/>
    <w:rsid w:val="00fc693f"/>
    <w:rPr>
      <w:rFonts w:ascii="Calibri" w:hAnsi="Calibri" w:eastAsia="ＭＳ ゴシック" w:cs="" w:asciiTheme="majorHAnsi" w:cstheme="majorBidi" w:eastAsiaTheme="majorEastAsia" w:hAnsiTheme="majorHAnsi"/>
      <w:i/>
      <w:iCs/>
      <w:color w:themeColor="accent1" w:themeShade="7f" w:val="243F60"/>
    </w:rPr>
  </w:style>
  <w:style w:type="character" w:styleId="Heading7Char" w:customStyle="1">
    <w:name w:val="Heading 7 Char"/>
    <w:basedOn w:val="DefaultParagraphFont"/>
    <w:uiPriority w:val="9"/>
    <w:semiHidden/>
    <w:qFormat/>
    <w:rsid w:val="00fc693f"/>
    <w:rPr>
      <w:rFonts w:ascii="Calibri" w:hAnsi="Calibri" w:eastAsia="ＭＳ ゴシック" w:cs="" w:asciiTheme="majorHAnsi" w:cstheme="majorBidi" w:eastAsiaTheme="majorEastAsia" w:hAnsiTheme="majorHAnsi"/>
      <w:i/>
      <w:iCs/>
      <w:color w:themeColor="text1" w:themeTint="bf" w:val="404040"/>
    </w:rPr>
  </w:style>
  <w:style w:type="character" w:styleId="Heading8Char" w:customStyle="1">
    <w:name w:val="Heading 8 Char"/>
    <w:basedOn w:val="DefaultParagraphFont"/>
    <w:uiPriority w:val="9"/>
    <w:semiHidden/>
    <w:qFormat/>
    <w:rsid w:val="00fc693f"/>
    <w:rPr>
      <w:rFonts w:ascii="Calibri" w:hAnsi="Calibri" w:eastAsia="ＭＳ ゴシック" w:cs="" w:asciiTheme="majorHAnsi" w:cstheme="majorBidi" w:eastAsiaTheme="majorEastAsia" w:hAnsiTheme="majorHAnsi"/>
      <w:color w:themeColor="accent1" w:val="4F81BD"/>
      <w:sz w:val="20"/>
      <w:szCs w:val="20"/>
    </w:rPr>
  </w:style>
  <w:style w:type="character" w:styleId="Heading9Char" w:customStyle="1">
    <w:name w:val="Heading 9 Char"/>
    <w:basedOn w:val="DefaultParagraphFont"/>
    <w:uiPriority w:val="9"/>
    <w:semiHidden/>
    <w:qFormat/>
    <w:rsid w:val="00fc693f"/>
    <w:rPr>
      <w:rFonts w:ascii="Calibri" w:hAnsi="Calibri" w:eastAsia="ＭＳ ゴシック" w:cs="" w:asciiTheme="majorHAnsi" w:cstheme="majorBidi" w:eastAsiaTheme="majorEastAsia" w:hAnsiTheme="majorHAnsi"/>
      <w:i/>
      <w:iCs/>
      <w:color w:themeColor="text1" w:themeTint="bf" w:val="404040"/>
      <w:sz w:val="20"/>
      <w:szCs w:val="20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character" w:styleId="IntenseQuoteChar" w:customStyle="1">
    <w:name w:val="Intense Quote Char"/>
    <w:basedOn w:val="DefaultParagraphFont"/>
    <w:link w:val="IntenseQuote"/>
    <w:uiPriority w:val="30"/>
    <w:qFormat/>
    <w:rsid w:val="00fc693f"/>
    <w:rPr>
      <w:b/>
      <w:bCs/>
      <w:i/>
      <w:iCs/>
      <w:color w:themeColor="accent1" w:val="4F81BD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themeColor="text1" w:themeTint="7f" w:val="808080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themeColor="accent1" w:val="4F81BD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themeColor="accent2" w:val="C0504D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themeColor="accent2" w:val="C0504D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tulo">
    <w:name w:val="Título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before="0" w:after="120"/>
    </w:pPr>
    <w:rPr/>
  </w:style>
  <w:style w:type="paragraph" w:styleId="List">
    <w:name w:val="List"/>
    <w:basedOn w:val="Normal"/>
    <w:uiPriority w:val="99"/>
    <w:unhideWhenUsed/>
    <w:rsid w:val="00aa1d8d"/>
    <w:pPr>
      <w:spacing w:before="0" w:after="120"/>
      <w:ind w:hanging="360" w:left="360"/>
      <w:contextualSpacing/>
    </w:pPr>
    <w:rPr/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Ndice">
    <w:name w:val="Índice"/>
    <w:basedOn w:val="Normal"/>
    <w:qFormat/>
    <w:pPr>
      <w:suppressLineNumbers/>
    </w:pPr>
    <w:rPr>
      <w:rFonts w:cs="Arial"/>
    </w:rPr>
  </w:style>
  <w:style w:type="paragraph" w:styleId="CabealhoeRodap">
    <w:name w:val="Cabeçalho e Rodapé"/>
    <w:basedOn w:val="Normal"/>
    <w:qFormat/>
    <w:pPr/>
    <w:rPr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lear" w:pos="720"/>
        <w:tab w:val="center" w:pos="4680" w:leader="none"/>
        <w:tab w:val="right" w:pos="9360" w:leader="none"/>
      </w:tabs>
      <w:spacing w:lineRule="auto" w:line="240" w:before="0" w:after="0"/>
    </w:pPr>
    <w:rPr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lear" w:pos="720"/>
        <w:tab w:val="center" w:pos="4680" w:leader="none"/>
        <w:tab w:val="right" w:pos="9360" w:leader="none"/>
      </w:tabs>
      <w:spacing w:lineRule="auto" w:line="240" w:before="0" w:after="0"/>
    </w:pPr>
    <w:rPr/>
  </w:style>
  <w:style w:type="paragraph" w:styleId="NoSpacing">
    <w:name w:val="No Spacing"/>
    <w:uiPriority w:val="1"/>
    <w:qFormat/>
    <w:rsid w:val="00fc693f"/>
    <w:pPr>
      <w:widowControl/>
      <w:bidi w:val="0"/>
      <w:spacing w:lineRule="auto" w:line="240" w:before="0" w:after="0"/>
      <w:jc w:val="left"/>
    </w:pPr>
    <w:rPr>
      <w:rFonts w:ascii="Cambria" w:hAnsi="Cambria" w:eastAsia="ＭＳ 明朝" w:cs="" w:asciiTheme="minorHAnsi" w:cstheme="minorBidi" w:eastAsiaTheme="minorEastAsia" w:hAnsiTheme="minorHAnsi"/>
      <w:color w:val="auto"/>
      <w:kern w:val="0"/>
      <w:sz w:val="22"/>
      <w:szCs w:val="22"/>
      <w:lang w:val="en-US" w:eastAsia="en-US" w:bidi="ar-SA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lineRule="auto" w:line="240" w:before="0" w:after="100"/>
      <w:contextualSpacing/>
    </w:pPr>
    <w:rPr>
      <w:rFonts w:ascii="Calibri" w:hAnsi="Calibri" w:eastAsia="ＭＳ ゴシック" w:cs="" w:asciiTheme="majorHAnsi" w:cstheme="majorBidi" w:eastAsiaTheme="majorEastAsia" w:hAnsiTheme="majorHAnsi"/>
      <w:b/>
      <w:color w:val="17365D"/>
      <w:spacing w:val="5"/>
      <w:kern w:val="2"/>
      <w:sz w:val="50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/>
    <w:rPr>
      <w:rFonts w:ascii="Calibri" w:hAnsi="Calibri" w:eastAsia="ＭＳ ゴシック" w:cs="" w:asciiTheme="majorHAnsi" w:cstheme="majorBidi" w:eastAsiaTheme="majorEastAsia" w:hAnsiTheme="majorHAnsi"/>
      <w:i/>
      <w:iCs/>
      <w:color w:themeColor="accent1" w:val="4F81BD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spacing w:before="0" w:after="120"/>
      <w:ind w:left="720"/>
      <w:contextualSpacing/>
    </w:pPr>
    <w:rPr/>
  </w:style>
  <w:style w:type="paragraph" w:styleId="BodyText2">
    <w:name w:val="Body Text 2"/>
    <w:basedOn w:val="Normal"/>
    <w:link w:val="BodyText2Char"/>
    <w:uiPriority w:val="99"/>
    <w:unhideWhenUsed/>
    <w:qFormat/>
    <w:rsid w:val="00aa1d8d"/>
    <w:pPr>
      <w:spacing w:lineRule="auto" w:line="480" w:before="0" w:after="120"/>
    </w:pPr>
    <w:rPr/>
  </w:style>
  <w:style w:type="paragraph" w:styleId="BodyText3">
    <w:name w:val="Body Text 3"/>
    <w:basedOn w:val="Normal"/>
    <w:link w:val="BodyText3Char"/>
    <w:uiPriority w:val="99"/>
    <w:unhideWhenUsed/>
    <w:qFormat/>
    <w:rsid w:val="00aa1d8d"/>
    <w:pPr>
      <w:spacing w:before="0" w:after="120"/>
    </w:pPr>
    <w:rPr>
      <w:sz w:val="16"/>
      <w:szCs w:val="16"/>
    </w:rPr>
  </w:style>
  <w:style w:type="paragraph" w:styleId="List2">
    <w:name w:val="List 2"/>
    <w:basedOn w:val="Normal"/>
    <w:uiPriority w:val="99"/>
    <w:unhideWhenUsed/>
    <w:qFormat/>
    <w:rsid w:val="00326f90"/>
    <w:pPr>
      <w:spacing w:before="0" w:after="120"/>
      <w:ind w:hanging="360" w:left="720"/>
      <w:contextualSpacing/>
    </w:pPr>
    <w:rPr/>
  </w:style>
  <w:style w:type="paragraph" w:styleId="List3">
    <w:name w:val="List 3"/>
    <w:basedOn w:val="Normal"/>
    <w:uiPriority w:val="99"/>
    <w:unhideWhenUsed/>
    <w:qFormat/>
    <w:rsid w:val="00326f90"/>
    <w:pPr>
      <w:spacing w:before="0" w:after="120"/>
      <w:ind w:hanging="360" w:left="1080"/>
      <w:contextualSpacing/>
    </w:pPr>
    <w:rPr/>
  </w:style>
  <w:style w:type="paragraph" w:styleId="ListBullet">
    <w:name w:val="List Bullet"/>
    <w:basedOn w:val="Normal"/>
    <w:uiPriority w:val="99"/>
    <w:unhideWhenUsed/>
    <w:rsid w:val="00326f90"/>
    <w:pPr>
      <w:numPr>
        <w:ilvl w:val="0"/>
        <w:numId w:val="1"/>
      </w:numPr>
      <w:spacing w:before="0" w:after="120"/>
      <w:contextualSpacing/>
    </w:pPr>
    <w:rPr/>
  </w:style>
  <w:style w:type="paragraph" w:styleId="ListBullet2">
    <w:name w:val="List Bullet 2"/>
    <w:basedOn w:val="Normal"/>
    <w:uiPriority w:val="99"/>
    <w:unhideWhenUsed/>
    <w:rsid w:val="00326f90"/>
    <w:pPr>
      <w:numPr>
        <w:ilvl w:val="0"/>
        <w:numId w:val="2"/>
      </w:numPr>
      <w:spacing w:before="0" w:after="120"/>
      <w:contextualSpacing/>
    </w:pPr>
    <w:rPr/>
  </w:style>
  <w:style w:type="paragraph" w:styleId="ListBullet3">
    <w:name w:val="List Bullet 3"/>
    <w:basedOn w:val="Normal"/>
    <w:uiPriority w:val="99"/>
    <w:unhideWhenUsed/>
    <w:rsid w:val="00326f90"/>
    <w:pPr>
      <w:numPr>
        <w:ilvl w:val="0"/>
        <w:numId w:val="3"/>
      </w:numPr>
      <w:spacing w:before="0" w:after="120"/>
      <w:contextualSpacing/>
    </w:pPr>
    <w:rPr/>
  </w:style>
  <w:style w:type="paragraph" w:styleId="ListNumber">
    <w:name w:val="List Number"/>
    <w:basedOn w:val="Normal"/>
    <w:uiPriority w:val="99"/>
    <w:unhideWhenUsed/>
    <w:rsid w:val="00326f90"/>
    <w:pPr>
      <w:numPr>
        <w:ilvl w:val="0"/>
        <w:numId w:val="4"/>
      </w:numPr>
      <w:spacing w:before="0" w:after="120"/>
      <w:contextualSpacing/>
    </w:pPr>
    <w:rPr/>
  </w:style>
  <w:style w:type="paragraph" w:styleId="ListNumber2">
    <w:name w:val="List Number 2"/>
    <w:basedOn w:val="Normal"/>
    <w:uiPriority w:val="99"/>
    <w:unhideWhenUsed/>
    <w:rsid w:val="0029639d"/>
    <w:pPr>
      <w:numPr>
        <w:ilvl w:val="0"/>
        <w:numId w:val="5"/>
      </w:numPr>
      <w:spacing w:before="0" w:after="120"/>
      <w:contextualSpacing/>
    </w:pPr>
    <w:rPr/>
  </w:style>
  <w:style w:type="paragraph" w:styleId="ListNumber3">
    <w:name w:val="List Number 3"/>
    <w:basedOn w:val="Normal"/>
    <w:uiPriority w:val="99"/>
    <w:unhideWhenUsed/>
    <w:rsid w:val="0029639d"/>
    <w:pPr>
      <w:numPr>
        <w:ilvl w:val="0"/>
        <w:numId w:val="6"/>
      </w:numPr>
      <w:spacing w:before="0" w:after="120"/>
      <w:contextualSpacing/>
    </w:pPr>
    <w:rPr/>
  </w:style>
  <w:style w:type="paragraph" w:styleId="ListContinue">
    <w:name w:val="List Continue"/>
    <w:basedOn w:val="Normal"/>
    <w:uiPriority w:val="99"/>
    <w:unhideWhenUsed/>
    <w:rsid w:val="0029639d"/>
    <w:pPr>
      <w:spacing w:before="0" w:after="120"/>
      <w:ind w:left="360"/>
      <w:contextualSpacing/>
    </w:pPr>
    <w:rPr/>
  </w:style>
  <w:style w:type="paragraph" w:styleId="ListContinue2">
    <w:name w:val="List Continue 2"/>
    <w:basedOn w:val="Normal"/>
    <w:uiPriority w:val="99"/>
    <w:unhideWhenUsed/>
    <w:rsid w:val="0029639d"/>
    <w:pPr>
      <w:spacing w:before="0" w:after="120"/>
      <w:ind w:left="720"/>
      <w:contextualSpacing/>
    </w:pPr>
    <w:rPr/>
  </w:style>
  <w:style w:type="paragraph" w:styleId="ListContinue3">
    <w:name w:val="List Continue 3"/>
    <w:basedOn w:val="Normal"/>
    <w:uiPriority w:val="99"/>
    <w:unhideWhenUsed/>
    <w:rsid w:val="0029639d"/>
    <w:pPr>
      <w:spacing w:before="0" w:after="120"/>
      <w:ind w:left="1080"/>
      <w:contextualSpacing/>
    </w:pPr>
    <w:rPr/>
  </w:style>
  <w:style w:type="paragraph" w:styleId="Macro">
    <w:name w:val="macro"/>
    <w:link w:val="MacroTextChar"/>
    <w:uiPriority w:val="99"/>
    <w:unhideWhenUsed/>
    <w:qFormat/>
    <w:rsid w:val="0029639d"/>
    <w:pPr>
      <w:widowControl/>
      <w:tabs>
        <w:tab w:val="clear" w:pos="720"/>
        <w:tab w:val="left" w:pos="576" w:leader="none"/>
        <w:tab w:val="left" w:pos="1152" w:leader="none"/>
        <w:tab w:val="left" w:pos="1728" w:leader="none"/>
        <w:tab w:val="left" w:pos="2304" w:leader="none"/>
        <w:tab w:val="left" w:pos="2880" w:leader="none"/>
        <w:tab w:val="left" w:pos="3456" w:leader="none"/>
        <w:tab w:val="left" w:pos="4032" w:leader="none"/>
      </w:tabs>
      <w:bidi w:val="0"/>
      <w:spacing w:lineRule="auto" w:line="276" w:before="0" w:after="200"/>
      <w:jc w:val="left"/>
    </w:pPr>
    <w:rPr>
      <w:rFonts w:ascii="Courier" w:hAnsi="Courier" w:eastAsia="ＭＳ 明朝" w:cs="" w:cstheme="minorBidi" w:eastAsiaTheme="minorEastAsia"/>
      <w:color w:val="auto"/>
      <w:kern w:val="0"/>
      <w:sz w:val="20"/>
      <w:szCs w:val="20"/>
      <w:lang w:val="en-US" w:eastAsia="en-US" w:bidi="ar-SA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pPr/>
    <w:rPr>
      <w:i/>
      <w:iCs/>
      <w:color w:themeColor="text1" w:val="000000"/>
    </w:rPr>
  </w:style>
  <w:style w:type="paragraph" w:styleId="Caption1">
    <w:name w:val="caption1"/>
    <w:basedOn w:val="Normal"/>
    <w:next w:val="Normal"/>
    <w:uiPriority w:val="35"/>
    <w:semiHidden/>
    <w:unhideWhenUsed/>
    <w:qFormat/>
    <w:rsid w:val="00fc693f"/>
    <w:pPr>
      <w:spacing w:lineRule="auto" w:line="240"/>
    </w:pPr>
    <w:rPr>
      <w:b/>
      <w:bCs/>
      <w:color w:themeColor="accent1" w:val="4F81BD"/>
      <w:sz w:val="18"/>
      <w:szCs w:val="18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themeColor="accent1" w:val="4F81BD"/>
    </w:rPr>
  </w:style>
  <w:style w:type="paragraph" w:styleId="IndexHeading">
    <w:name w:val="Index Heading"/>
    <w:basedOn w:val="Ttulo"/>
    <w:pPr/>
    <w:rPr/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  <w:rPr/>
  </w:style>
  <w:style w:type="numbering" w:styleId="NoList" w:default="1">
    <w:name w:val="No List"/>
    <w:uiPriority w:val="99"/>
    <w:semiHidden/>
    <w:unhideWhenUsed/>
    <w:qFormat/>
  </w:style>
  <w:style w:type="table" w:default="1" w:styleId="TableNormal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themeColor="text1" w:themeShade="bf"/>
    </w:rPr>
    <w:tblPr>
      <w:tblStyleRowBandSize w:val="1"/>
      <w:tblStyleColBandSize w:val="1"/>
      <w:tblBorders>
        <w:top w:val="single" w:color="000000" w:themeColor="text1" w:sz="8" w:space="0"/>
        <w:bottom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000000" w:themeColor="text1" w:sz="8" w:space="0"/>
          <w:left w:val="nil"/>
          <w:bottom w:val="single" w:color="000000" w:themeColor="text1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000000" w:themeColor="text1" w:sz="8" w:space="0"/>
          <w:left w:val="nil"/>
          <w:bottom w:val="single" w:color="000000" w:themeColor="text1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themeColor="accent1" w:themeShade="bf"/>
    </w:rPr>
    <w:tblPr>
      <w:tblStyleRowBandSize w:val="1"/>
      <w:tblStyleColBandSize w:val="1"/>
      <w:tblBorders>
        <w:top w:val="single" w:color="4F81BD" w:themeColor="accent1" w:sz="8" w:space="0"/>
        <w:bottom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4F81BD" w:themeColor="accent1" w:sz="8" w:space="0"/>
          <w:left w:val="nil"/>
          <w:bottom w:val="single" w:color="4F81BD" w:themeColor="accent1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4F81BD" w:themeColor="accent1" w:sz="8" w:space="0"/>
          <w:left w:val="nil"/>
          <w:bottom w:val="single" w:color="4F81BD" w:themeColor="accent1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themeColor="accent2" w:themeShade="bf"/>
    </w:rPr>
    <w:tblPr>
      <w:tblStyleRowBandSize w:val="1"/>
      <w:tblStyleColBandSize w:val="1"/>
      <w:tblBorders>
        <w:top w:val="single" w:color="C0504D" w:themeColor="accent2" w:sz="8" w:space="0"/>
        <w:bottom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C0504D" w:themeColor="accent2" w:sz="8" w:space="0"/>
          <w:left w:val="nil"/>
          <w:bottom w:val="single" w:color="C0504D" w:themeColor="accent2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C0504D" w:themeColor="accent2" w:sz="8" w:space="0"/>
          <w:left w:val="nil"/>
          <w:bottom w:val="single" w:color="C0504D" w:themeColor="accent2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themeColor="accent3" w:themeShade="bf"/>
    </w:rPr>
    <w:tblPr>
      <w:tblStyleRowBandSize w:val="1"/>
      <w:tblStyleColBandSize w:val="1"/>
      <w:tblBorders>
        <w:top w:val="single" w:color="9BBB59" w:themeColor="accent3" w:sz="8" w:space="0"/>
        <w:bottom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9BBB59" w:themeColor="accent3" w:sz="8" w:space="0"/>
          <w:left w:val="nil"/>
          <w:bottom w:val="single" w:color="9BBB59" w:themeColor="accent3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9BBB59" w:themeColor="accent3" w:sz="8" w:space="0"/>
          <w:left w:val="nil"/>
          <w:bottom w:val="single" w:color="9BBB59" w:themeColor="accent3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themeColor="accent4" w:themeShade="bf"/>
    </w:rPr>
    <w:tblPr>
      <w:tblStyleRowBandSize w:val="1"/>
      <w:tblStyleColBandSize w:val="1"/>
      <w:tblBorders>
        <w:top w:val="single" w:color="8064A2" w:themeColor="accent4" w:sz="8" w:space="0"/>
        <w:bottom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8064A2" w:themeColor="accent4" w:sz="8" w:space="0"/>
          <w:left w:val="nil"/>
          <w:bottom w:val="single" w:color="8064A2" w:themeColor="accent4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8064A2" w:themeColor="accent4" w:sz="8" w:space="0"/>
          <w:left w:val="nil"/>
          <w:bottom w:val="single" w:color="8064A2" w:themeColor="accent4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themeColor="accent5" w:themeShade="bf"/>
    </w:rPr>
    <w:tblPr>
      <w:tblStyleRowBandSize w:val="1"/>
      <w:tblStyleColBandSize w:val="1"/>
      <w:tblBorders>
        <w:top w:val="single" w:color="4BACC6" w:themeColor="accent5" w:sz="8" w:space="0"/>
        <w:bottom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4BACC6" w:themeColor="accent5" w:sz="8" w:space="0"/>
          <w:left w:val="nil"/>
          <w:bottom w:val="single" w:color="4BACC6" w:themeColor="accent5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4BACC6" w:themeColor="accent5" w:sz="8" w:space="0"/>
          <w:left w:val="nil"/>
          <w:bottom w:val="single" w:color="4BACC6" w:themeColor="accent5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themeColor="accent6" w:themeShade="bf"/>
    </w:rPr>
    <w:tblPr>
      <w:tblStyleRowBandSize w:val="1"/>
      <w:tblStyleColBandSize w:val="1"/>
      <w:tblBorders>
        <w:top w:val="single" w:color="F79646" w:themeColor="accent6" w:sz="8" w:space="0"/>
        <w:bottom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F79646" w:themeColor="accent6" w:sz="8" w:space="0"/>
          <w:left w:val="nil"/>
          <w:bottom w:val="single" w:color="F79646" w:themeColor="accent6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F79646" w:themeColor="accent6" w:sz="8" w:space="0"/>
          <w:left w:val="nil"/>
          <w:bottom w:val="single" w:color="F79646" w:themeColor="accent6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000000" w:themeColor="text1" w:sz="6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band1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4F81BD" w:themeColor="accent1" w:sz="6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band1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C0504D" w:themeColor="accent2" w:sz="6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band1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9BBB59" w:themeColor="accent3" w:sz="6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band1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8064A2" w:themeColor="accent4" w:sz="6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band1Horz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4BACC6" w:themeColor="accent5" w:sz="6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band1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F79646" w:themeColor="accent6" w:sz="6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band1Horz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  <w:insideH w:val="single" w:color="000000" w:themeColor="text1" w:sz="8" w:space="0"/>
        <w:insideV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18" w:space="0"/>
          <w:right w:val="single" w:color="000000" w:themeColor="text1" w:sz="8" w:space="0"/>
          <w:insideH w:val="nil"/>
          <w:insideV w:val="single" w:color="000000" w:themeColor="text1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000000" w:themeColor="text1" w:sz="6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H w:val="nil"/>
          <w:insideV w:val="single" w:color="000000" w:themeColor="text1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  <w:tblPr/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band1Vert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V w:val="single" w:color="000000" w:themeColor="text1" w:sz="8" w:space="0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V w:val="single" w:color="000000" w:themeColor="text1" w:sz="8" w:space="0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  <w:insideH w:val="single" w:color="4F81BD" w:themeColor="accent1" w:sz="8" w:space="0"/>
        <w:insideV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18" w:space="0"/>
          <w:right w:val="single" w:color="4F81BD" w:themeColor="accent1" w:sz="8" w:space="0"/>
          <w:insideH w:val="nil"/>
          <w:insideV w:val="single" w:color="4F81BD" w:themeColor="accent1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4F81BD" w:themeColor="accent1" w:sz="6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H w:val="nil"/>
          <w:insideV w:val="single" w:color="4F81BD" w:themeColor="accent1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  <w:tblPr/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band1Vert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V w:val="single" w:color="4F81BD" w:themeColor="accent1" w:sz="8" w:space="0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V w:val="single" w:color="4F81BD" w:themeColor="accent1" w:sz="8" w:space="0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  <w:insideH w:val="single" w:color="C0504D" w:themeColor="accent2" w:sz="8" w:space="0"/>
        <w:insideV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18" w:space="0"/>
          <w:right w:val="single" w:color="C0504D" w:themeColor="accent2" w:sz="8" w:space="0"/>
          <w:insideH w:val="nil"/>
          <w:insideV w:val="single" w:color="C0504D" w:themeColor="accent2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C0504D" w:themeColor="accent2" w:sz="6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H w:val="nil"/>
          <w:insideV w:val="single" w:color="C0504D" w:themeColor="accent2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  <w:tblPr/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band1Vert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V w:val="single" w:color="C0504D" w:themeColor="accent2" w:sz="8" w:space="0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V w:val="single" w:color="C0504D" w:themeColor="accent2" w:sz="8" w:space="0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  <w:insideH w:val="single" w:color="9BBB59" w:themeColor="accent3" w:sz="8" w:space="0"/>
        <w:insideV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18" w:space="0"/>
          <w:right w:val="single" w:color="9BBB59" w:themeColor="accent3" w:sz="8" w:space="0"/>
          <w:insideH w:val="nil"/>
          <w:insideV w:val="single" w:color="9BBB59" w:themeColor="accent3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9BBB59" w:themeColor="accent3" w:sz="6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H w:val="nil"/>
          <w:insideV w:val="single" w:color="9BBB59" w:themeColor="accent3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  <w:tblPr/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band1Vert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V w:val="single" w:color="9BBB59" w:themeColor="accent3" w:sz="8" w:space="0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V w:val="single" w:color="9BBB59" w:themeColor="accent3" w:sz="8" w:space="0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  <w:insideH w:val="single" w:color="8064A2" w:themeColor="accent4" w:sz="8" w:space="0"/>
        <w:insideV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18" w:space="0"/>
          <w:right w:val="single" w:color="8064A2" w:themeColor="accent4" w:sz="8" w:space="0"/>
          <w:insideH w:val="nil"/>
          <w:insideV w:val="single" w:color="8064A2" w:themeColor="accent4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8064A2" w:themeColor="accent4" w:sz="6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H w:val="nil"/>
          <w:insideV w:val="single" w:color="8064A2" w:themeColor="accent4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  <w:tblPr/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band1Vert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V w:val="single" w:color="8064A2" w:themeColor="accent4" w:sz="8" w:space="0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V w:val="single" w:color="8064A2" w:themeColor="accent4" w:sz="8" w:space="0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  <w:insideH w:val="single" w:color="4BACC6" w:themeColor="accent5" w:sz="8" w:space="0"/>
        <w:insideV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18" w:space="0"/>
          <w:right w:val="single" w:color="4BACC6" w:themeColor="accent5" w:sz="8" w:space="0"/>
          <w:insideH w:val="nil"/>
          <w:insideV w:val="single" w:color="4BACC6" w:themeColor="accent5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4BACC6" w:themeColor="accent5" w:sz="6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H w:val="nil"/>
          <w:insideV w:val="single" w:color="4BACC6" w:themeColor="accent5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  <w:tblPr/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band1Vert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V w:val="single" w:color="4BACC6" w:themeColor="accent5" w:sz="8" w:space="0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V w:val="single" w:color="4BACC6" w:themeColor="accent5" w:sz="8" w:space="0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  <w:insideH w:val="single" w:color="F79646" w:themeColor="accent6" w:sz="8" w:space="0"/>
        <w:insideV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18" w:space="0"/>
          <w:right w:val="single" w:color="F79646" w:themeColor="accent6" w:sz="8" w:space="0"/>
          <w:insideH w:val="nil"/>
          <w:insideV w:val="single" w:color="F79646" w:themeColor="accent6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F79646" w:themeColor="accent6" w:sz="6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H w:val="nil"/>
          <w:insideV w:val="single" w:color="F79646" w:themeColor="accent6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  <w:tblPr/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band1Vert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V w:val="single" w:color="F79646" w:themeColor="accent6" w:sz="8" w:space="0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V w:val="single" w:color="F79646" w:themeColor="accent6" w:sz="8" w:space="0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color="404040" w:themeColor="text1" w:themeTint="bf" w:sz="8" w:space="0"/>
        <w:left w:val="single" w:color="404040" w:themeColor="text1" w:themeTint="bf" w:sz="8" w:space="0"/>
        <w:bottom w:val="single" w:color="404040" w:themeColor="text1" w:themeTint="bf" w:sz="8" w:space="0"/>
        <w:right w:val="single" w:color="404040" w:themeColor="text1" w:themeTint="bf" w:sz="8" w:space="0"/>
        <w:insideH w:val="single" w:color="404040" w:themeColor="tex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themeColor="background1"/>
      </w:rPr>
      <w:tblPr/>
      <w:tcPr>
        <w:tcBorders>
          <w:top w:val="single" w:color="404040" w:themeColor="text1" w:sz="8" w:space="0"/>
          <w:left w:val="single" w:color="404040" w:themeColor="text1" w:sz="8" w:space="0"/>
          <w:bottom w:val="single" w:color="404040" w:themeColor="text1" w:sz="8" w:space="0"/>
          <w:right w:val="single" w:color="404040" w:themeColor="text1" w:sz="8" w:space="0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404040" w:themeColor="text1" w:sz="6" w:space="0"/>
          <w:left w:val="single" w:color="404040" w:themeColor="text1" w:sz="8" w:space="0"/>
          <w:bottom w:val="single" w:color="404040" w:themeColor="text1" w:sz="8" w:space="0"/>
          <w:right w:val="single" w:color="404040" w:themeColor="text1" w:sz="8" w:space="0"/>
          <w:insideH w:val="nil"/>
          <w:insideV w:val="nil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color="7BA0CD" w:themeColor="accent1" w:themeTint="bf" w:sz="8" w:space="0"/>
        <w:left w:val="single" w:color="7BA0CD" w:themeColor="accent1" w:themeTint="bf" w:sz="8" w:space="0"/>
        <w:bottom w:val="single" w:color="7BA0CD" w:themeColor="accent1" w:themeTint="bf" w:sz="8" w:space="0"/>
        <w:right w:val="single" w:color="7BA0CD" w:themeColor="accent1" w:themeTint="bf" w:sz="8" w:space="0"/>
        <w:insideH w:val="single" w:color="7BA0CD" w:themeColor="accen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themeColor="background1"/>
      </w:rPr>
      <w:tblPr/>
      <w:tcPr>
        <w:tcBorders>
          <w:top w:val="single" w:color="7BA0CD" w:themeColor="accent1" w:sz="8" w:space="0"/>
          <w:left w:val="single" w:color="7BA0CD" w:themeColor="accent1" w:sz="8" w:space="0"/>
          <w:bottom w:val="single" w:color="7BA0CD" w:themeColor="accent1" w:sz="8" w:space="0"/>
          <w:right w:val="single" w:color="7BA0CD" w:themeColor="accent1" w:sz="8" w:space="0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7BA0CD" w:themeColor="accent1" w:sz="6" w:space="0"/>
          <w:left w:val="single" w:color="7BA0CD" w:themeColor="accent1" w:sz="8" w:space="0"/>
          <w:bottom w:val="single" w:color="7BA0CD" w:themeColor="accent1" w:sz="8" w:space="0"/>
          <w:right w:val="single" w:color="7BA0CD" w:themeColor="accent1" w:sz="8" w:space="0"/>
          <w:insideH w:val="nil"/>
          <w:insideV w:val="nil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color="CF7B79" w:themeColor="accent2" w:themeTint="bf" w:sz="8" w:space="0"/>
        <w:left w:val="single" w:color="CF7B79" w:themeColor="accent2" w:themeTint="bf" w:sz="8" w:space="0"/>
        <w:bottom w:val="single" w:color="CF7B79" w:themeColor="accent2" w:themeTint="bf" w:sz="8" w:space="0"/>
        <w:right w:val="single" w:color="CF7B79" w:themeColor="accent2" w:themeTint="bf" w:sz="8" w:space="0"/>
        <w:insideH w:val="single" w:color="CF7B79" w:themeColor="accent2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themeColor="background1"/>
      </w:rPr>
      <w:tblPr/>
      <w:tcPr>
        <w:tcBorders>
          <w:top w:val="single" w:color="CF7B79" w:themeColor="accent2" w:sz="8" w:space="0"/>
          <w:left w:val="single" w:color="CF7B79" w:themeColor="accent2" w:sz="8" w:space="0"/>
          <w:bottom w:val="single" w:color="CF7B79" w:themeColor="accent2" w:sz="8" w:space="0"/>
          <w:right w:val="single" w:color="CF7B79" w:themeColor="accent2" w:sz="8" w:space="0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CF7B79" w:themeColor="accent2" w:sz="6" w:space="0"/>
          <w:left w:val="single" w:color="CF7B79" w:themeColor="accent2" w:sz="8" w:space="0"/>
          <w:bottom w:val="single" w:color="CF7B79" w:themeColor="accent2" w:sz="8" w:space="0"/>
          <w:right w:val="single" w:color="CF7B79" w:themeColor="accent2" w:sz="8" w:space="0"/>
          <w:insideH w:val="nil"/>
          <w:insideV w:val="nil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color="B3CC82" w:themeColor="accent3" w:themeTint="bf" w:sz="8" w:space="0"/>
        <w:left w:val="single" w:color="B3CC82" w:themeColor="accent3" w:themeTint="bf" w:sz="8" w:space="0"/>
        <w:bottom w:val="single" w:color="B3CC82" w:themeColor="accent3" w:themeTint="bf" w:sz="8" w:space="0"/>
        <w:right w:val="single" w:color="B3CC82" w:themeColor="accent3" w:themeTint="bf" w:sz="8" w:space="0"/>
        <w:insideH w:val="single" w:color="B3CC82" w:themeColor="accent3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themeColor="background1"/>
      </w:rPr>
      <w:tblPr/>
      <w:tcPr>
        <w:tcBorders>
          <w:top w:val="single" w:color="B3CC82" w:themeColor="accent3" w:sz="8" w:space="0"/>
          <w:left w:val="single" w:color="B3CC82" w:themeColor="accent3" w:sz="8" w:space="0"/>
          <w:bottom w:val="single" w:color="B3CC82" w:themeColor="accent3" w:sz="8" w:space="0"/>
          <w:right w:val="single" w:color="B3CC82" w:themeColor="accent3" w:sz="8" w:space="0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B3CC82" w:themeColor="accent3" w:sz="6" w:space="0"/>
          <w:left w:val="single" w:color="B3CC82" w:themeColor="accent3" w:sz="8" w:space="0"/>
          <w:bottom w:val="single" w:color="B3CC82" w:themeColor="accent3" w:sz="8" w:space="0"/>
          <w:right w:val="single" w:color="B3CC82" w:themeColor="accent3" w:sz="8" w:space="0"/>
          <w:insideH w:val="nil"/>
          <w:insideV w:val="nil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color="9F8AB9" w:themeColor="accent4" w:themeTint="bf" w:sz="8" w:space="0"/>
        <w:left w:val="single" w:color="9F8AB9" w:themeColor="accent4" w:themeTint="bf" w:sz="8" w:space="0"/>
        <w:bottom w:val="single" w:color="9F8AB9" w:themeColor="accent4" w:themeTint="bf" w:sz="8" w:space="0"/>
        <w:right w:val="single" w:color="9F8AB9" w:themeColor="accent4" w:themeTint="bf" w:sz="8" w:space="0"/>
        <w:insideH w:val="single" w:color="9F8AB9" w:themeColor="accent4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themeColor="background1"/>
      </w:rPr>
      <w:tblPr/>
      <w:tcPr>
        <w:tcBorders>
          <w:top w:val="single" w:color="9F8AB9" w:themeColor="accent4" w:sz="8" w:space="0"/>
          <w:left w:val="single" w:color="9F8AB9" w:themeColor="accent4" w:sz="8" w:space="0"/>
          <w:bottom w:val="single" w:color="9F8AB9" w:themeColor="accent4" w:sz="8" w:space="0"/>
          <w:right w:val="single" w:color="9F8AB9" w:themeColor="accent4" w:sz="8" w:space="0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9F8AB9" w:themeColor="accent4" w:sz="6" w:space="0"/>
          <w:left w:val="single" w:color="9F8AB9" w:themeColor="accent4" w:sz="8" w:space="0"/>
          <w:bottom w:val="single" w:color="9F8AB9" w:themeColor="accent4" w:sz="8" w:space="0"/>
          <w:right w:val="single" w:color="9F8AB9" w:themeColor="accent4" w:sz="8" w:space="0"/>
          <w:insideH w:val="nil"/>
          <w:insideV w:val="nil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color="78C0D4" w:themeColor="accent5" w:themeTint="bf" w:sz="8" w:space="0"/>
        <w:left w:val="single" w:color="78C0D4" w:themeColor="accent5" w:themeTint="bf" w:sz="8" w:space="0"/>
        <w:bottom w:val="single" w:color="78C0D4" w:themeColor="accent5" w:themeTint="bf" w:sz="8" w:space="0"/>
        <w:right w:val="single" w:color="78C0D4" w:themeColor="accent5" w:themeTint="bf" w:sz="8" w:space="0"/>
        <w:insideH w:val="single" w:color="78C0D4" w:themeColor="accent5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themeColor="background1"/>
      </w:rPr>
      <w:tblPr/>
      <w:tcPr>
        <w:tcBorders>
          <w:top w:val="single" w:color="78C0D4" w:themeColor="accent5" w:sz="8" w:space="0"/>
          <w:left w:val="single" w:color="78C0D4" w:themeColor="accent5" w:sz="8" w:space="0"/>
          <w:bottom w:val="single" w:color="78C0D4" w:themeColor="accent5" w:sz="8" w:space="0"/>
          <w:right w:val="single" w:color="78C0D4" w:themeColor="accent5" w:sz="8" w:space="0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78C0D4" w:themeColor="accent5" w:sz="6" w:space="0"/>
          <w:left w:val="single" w:color="78C0D4" w:themeColor="accent5" w:sz="8" w:space="0"/>
          <w:bottom w:val="single" w:color="78C0D4" w:themeColor="accent5" w:sz="8" w:space="0"/>
          <w:right w:val="single" w:color="78C0D4" w:themeColor="accent5" w:sz="8" w:space="0"/>
          <w:insideH w:val="nil"/>
          <w:insideV w:val="nil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color="F9B074" w:themeColor="accent6" w:themeTint="bf" w:sz="8" w:space="0"/>
        <w:left w:val="single" w:color="F9B074" w:themeColor="accent6" w:themeTint="bf" w:sz="8" w:space="0"/>
        <w:bottom w:val="single" w:color="F9B074" w:themeColor="accent6" w:themeTint="bf" w:sz="8" w:space="0"/>
        <w:right w:val="single" w:color="F9B074" w:themeColor="accent6" w:themeTint="bf" w:sz="8" w:space="0"/>
        <w:insideH w:val="single" w:color="F9B074" w:themeColor="accent6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themeColor="background1"/>
      </w:rPr>
      <w:tblPr/>
      <w:tcPr>
        <w:tcBorders>
          <w:top w:val="single" w:color="F9B074" w:themeColor="accent6" w:sz="8" w:space="0"/>
          <w:left w:val="single" w:color="F9B074" w:themeColor="accent6" w:sz="8" w:space="0"/>
          <w:bottom w:val="single" w:color="F9B074" w:themeColor="accent6" w:sz="8" w:space="0"/>
          <w:right w:val="single" w:color="F9B074" w:themeColor="accent6" w:sz="8" w:space="0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F9B074" w:themeColor="accent6" w:sz="6" w:space="0"/>
          <w:left w:val="single" w:color="F9B074" w:themeColor="accent6" w:sz="8" w:space="0"/>
          <w:bottom w:val="single" w:color="F9B074" w:themeColor="accent6" w:sz="8" w:space="0"/>
          <w:right w:val="single" w:color="F9B074" w:themeColor="accent6" w:sz="8" w:space="0"/>
          <w:insideH w:val="nil"/>
          <w:insideV w:val="nil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/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themeColor="background1"/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/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themeColor="background1"/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/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themeColor="background1"/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/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themeColor="background1"/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/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themeColor="background1"/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/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themeColor="background1"/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/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themeColor="background1"/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themeColor="text1"/>
    </w:rPr>
    <w:tblPr>
      <w:tblStyleRowBandSize w:val="1"/>
      <w:tblStyleColBandSize w:val="1"/>
      <w:tblBorders>
        <w:top w:val="single" w:color="000000" w:themeColor="text1" w:sz="8" w:space="0"/>
        <w:bottom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000000" w:themeColor="text1" w:sz="8" w:space="0"/>
        </w:tcBorders>
      </w:tcPr>
    </w:tblStylePr>
    <w:tblStylePr w:type="lastRow">
      <w:rPr>
        <w:b/>
        <w:bCs/>
        <w:color w:themeColor="text2"/>
      </w:rPr>
      <w:tblPr/>
      <w:tcPr>
        <w:tcBorders>
          <w:top w:val="single" w:color="000000" w:themeColor="text1" w:sz="8" w:space="0"/>
          <w:bottom w:val="single" w:color="000000" w:themeColor="text1" w:sz="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  <w:tcPr>
        <w:tcBorders>
          <w:top w:val="single" w:color="000000" w:themeColor="text1" w:sz="8" w:space="0"/>
          <w:bottom w:val="single" w:color="000000" w:themeColor="text1" w:sz="8" w:space="0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themeColor="text1"/>
    </w:rPr>
    <w:tblPr>
      <w:tblStyleRowBandSize w:val="1"/>
      <w:tblStyleColBandSize w:val="1"/>
      <w:tblBorders>
        <w:top w:val="single" w:color="4F81BD" w:themeColor="accent1" w:sz="8" w:space="0"/>
        <w:bottom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4F81BD" w:themeColor="accent1" w:sz="8" w:space="0"/>
        </w:tcBorders>
      </w:tcPr>
    </w:tblStylePr>
    <w:tblStylePr w:type="lastRow">
      <w:rPr>
        <w:b/>
        <w:bCs/>
        <w:color w:themeColor="text2"/>
      </w:rPr>
      <w:tblPr/>
      <w:tcPr>
        <w:tcBorders>
          <w:top w:val="single" w:color="4F81BD" w:themeColor="accent1" w:sz="8" w:space="0"/>
          <w:bottom w:val="single" w:color="4F81BD" w:themeColor="accent1" w:sz="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  <w:tcPr>
        <w:tcBorders>
          <w:top w:val="single" w:color="4F81BD" w:themeColor="accent1" w:sz="8" w:space="0"/>
          <w:bottom w:val="single" w:color="4F81BD" w:themeColor="accent1" w:sz="8" w:space="0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themeColor="text1"/>
    </w:rPr>
    <w:tblPr>
      <w:tblStyleRowBandSize w:val="1"/>
      <w:tblStyleColBandSize w:val="1"/>
      <w:tblBorders>
        <w:top w:val="single" w:color="C0504D" w:themeColor="accent2" w:sz="8" w:space="0"/>
        <w:bottom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C0504D" w:themeColor="accent2" w:sz="8" w:space="0"/>
        </w:tcBorders>
      </w:tcPr>
    </w:tblStylePr>
    <w:tblStylePr w:type="lastRow">
      <w:rPr>
        <w:b/>
        <w:bCs/>
        <w:color w:themeColor="text2"/>
      </w:rPr>
      <w:tblPr/>
      <w:tcPr>
        <w:tcBorders>
          <w:top w:val="single" w:color="C0504D" w:themeColor="accent2" w:sz="8" w:space="0"/>
          <w:bottom w:val="single" w:color="C0504D" w:themeColor="accent2" w:sz="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  <w:tcPr>
        <w:tcBorders>
          <w:top w:val="single" w:color="C0504D" w:themeColor="accent2" w:sz="8" w:space="0"/>
          <w:bottom w:val="single" w:color="C0504D" w:themeColor="accent2" w:sz="8" w:space="0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themeColor="text1"/>
    </w:rPr>
    <w:tblPr>
      <w:tblStyleRowBandSize w:val="1"/>
      <w:tblStyleColBandSize w:val="1"/>
      <w:tblBorders>
        <w:top w:val="single" w:color="9BBB59" w:themeColor="accent3" w:sz="8" w:space="0"/>
        <w:bottom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9BBB59" w:themeColor="accent3" w:sz="8" w:space="0"/>
        </w:tcBorders>
      </w:tcPr>
    </w:tblStylePr>
    <w:tblStylePr w:type="lastRow">
      <w:rPr>
        <w:b/>
        <w:bCs/>
        <w:color w:themeColor="text2"/>
      </w:rPr>
      <w:tblPr/>
      <w:tcPr>
        <w:tcBorders>
          <w:top w:val="single" w:color="9BBB59" w:themeColor="accent3" w:sz="8" w:space="0"/>
          <w:bottom w:val="single" w:color="9BBB59" w:themeColor="accent3" w:sz="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  <w:tcPr>
        <w:tcBorders>
          <w:top w:val="single" w:color="9BBB59" w:themeColor="accent3" w:sz="8" w:space="0"/>
          <w:bottom w:val="single" w:color="9BBB59" w:themeColor="accent3" w:sz="8" w:space="0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themeColor="text1"/>
    </w:rPr>
    <w:tblPr>
      <w:tblStyleRowBandSize w:val="1"/>
      <w:tblStyleColBandSize w:val="1"/>
      <w:tblBorders>
        <w:top w:val="single" w:color="8064A2" w:themeColor="accent4" w:sz="8" w:space="0"/>
        <w:bottom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8064A2" w:themeColor="accent4" w:sz="8" w:space="0"/>
        </w:tcBorders>
      </w:tcPr>
    </w:tblStylePr>
    <w:tblStylePr w:type="lastRow">
      <w:rPr>
        <w:b/>
        <w:bCs/>
        <w:color w:themeColor="text2"/>
      </w:rPr>
      <w:tblPr/>
      <w:tcPr>
        <w:tcBorders>
          <w:top w:val="single" w:color="8064A2" w:themeColor="accent4" w:sz="8" w:space="0"/>
          <w:bottom w:val="single" w:color="8064A2" w:themeColor="accent4" w:sz="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  <w:tcPr>
        <w:tcBorders>
          <w:top w:val="single" w:color="8064A2" w:themeColor="accent4" w:sz="8" w:space="0"/>
          <w:bottom w:val="single" w:color="8064A2" w:themeColor="accent4" w:sz="8" w:space="0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themeColor="text1"/>
    </w:rPr>
    <w:tblPr>
      <w:tblStyleRowBandSize w:val="1"/>
      <w:tblStyleColBandSize w:val="1"/>
      <w:tblBorders>
        <w:top w:val="single" w:color="4BACC6" w:themeColor="accent5" w:sz="8" w:space="0"/>
        <w:bottom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4BACC6" w:themeColor="accent5" w:sz="8" w:space="0"/>
        </w:tcBorders>
      </w:tcPr>
    </w:tblStylePr>
    <w:tblStylePr w:type="lastRow">
      <w:rPr>
        <w:b/>
        <w:bCs/>
        <w:color w:themeColor="text2"/>
      </w:rPr>
      <w:tblPr/>
      <w:tcPr>
        <w:tcBorders>
          <w:top w:val="single" w:color="4BACC6" w:themeColor="accent5" w:sz="8" w:space="0"/>
          <w:bottom w:val="single" w:color="4BACC6" w:themeColor="accent5" w:sz="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  <w:tcPr>
        <w:tcBorders>
          <w:top w:val="single" w:color="4BACC6" w:themeColor="accent5" w:sz="8" w:space="0"/>
          <w:bottom w:val="single" w:color="4BACC6" w:themeColor="accent5" w:sz="8" w:space="0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themeColor="text1"/>
    </w:rPr>
    <w:tblPr>
      <w:tblStyleRowBandSize w:val="1"/>
      <w:tblStyleColBandSize w:val="1"/>
      <w:tblBorders>
        <w:top w:val="single" w:color="F79646" w:themeColor="accent6" w:sz="8" w:space="0"/>
        <w:bottom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F79646" w:themeColor="accent6" w:sz="8" w:space="0"/>
        </w:tcBorders>
      </w:tcPr>
    </w:tblStylePr>
    <w:tblStylePr w:type="lastRow">
      <w:rPr>
        <w:b/>
        <w:bCs/>
        <w:color w:themeColor="text2"/>
      </w:rPr>
      <w:tblPr/>
      <w:tcPr>
        <w:tcBorders>
          <w:top w:val="single" w:color="F79646" w:themeColor="accent6" w:sz="8" w:space="0"/>
          <w:bottom w:val="single" w:color="F79646" w:themeColor="accent6" w:sz="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  <w:tcPr>
        <w:tcBorders>
          <w:top w:val="single" w:color="F79646" w:themeColor="accent6" w:sz="8" w:space="0"/>
          <w:bottom w:val="single" w:color="F79646" w:themeColor="accent6" w:sz="8" w:space="0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hAnsiTheme="majorHAnsi" w:eastAsiaTheme="majorEastAsia" w:cstheme="majorBidi"/>
      <w:color w:themeColor="text1"/>
    </w:rPr>
    <w:tblPr>
      <w:tblStyleRowBandSize w:val="1"/>
      <w:tblStyleColBandSize w:val="1"/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000000" w:themeColor="text1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000000" w:themeColor="text1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000000" w:themeColor="text1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000000" w:themeColor="text1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hAnsiTheme="majorHAnsi" w:eastAsiaTheme="majorEastAsia" w:cstheme="majorBidi"/>
      <w:color w:themeColor="text1"/>
    </w:rPr>
    <w:tblPr>
      <w:tblStyleRowBandSize w:val="1"/>
      <w:tblStyleColBandSize w:val="1"/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4F81BD" w:themeColor="accent1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4F81BD" w:themeColor="accent1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4F81BD" w:themeColor="accent1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4F81BD" w:themeColor="accent1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hAnsiTheme="majorHAnsi" w:eastAsiaTheme="majorEastAsia" w:cstheme="majorBidi"/>
      <w:color w:themeColor="text1"/>
    </w:rPr>
    <w:tblPr>
      <w:tblStyleRowBandSize w:val="1"/>
      <w:tblStyleColBandSize w:val="1"/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C0504D" w:themeColor="accent2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C0504D" w:themeColor="accent2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C0504D" w:themeColor="accent2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hAnsiTheme="majorHAnsi" w:eastAsiaTheme="majorEastAsia" w:cstheme="majorBidi"/>
      <w:color w:themeColor="text1"/>
    </w:rPr>
    <w:tblPr>
      <w:tblStyleRowBandSize w:val="1"/>
      <w:tblStyleColBandSize w:val="1"/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9BBB59" w:themeColor="accent3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9BBB59" w:themeColor="accent3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9BBB59" w:themeColor="accent3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9BBB59" w:themeColor="accent3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hAnsiTheme="majorHAnsi" w:eastAsiaTheme="majorEastAsia" w:cstheme="majorBidi"/>
      <w:color w:themeColor="text1"/>
    </w:rPr>
    <w:tblPr>
      <w:tblStyleRowBandSize w:val="1"/>
      <w:tblStyleColBandSize w:val="1"/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8064A2" w:themeColor="accent4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8064A2" w:themeColor="accent4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8064A2" w:themeColor="accent4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8064A2" w:themeColor="accent4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hAnsiTheme="majorHAnsi" w:eastAsiaTheme="majorEastAsia" w:cstheme="majorBidi"/>
      <w:color w:themeColor="text1"/>
    </w:rPr>
    <w:tblPr>
      <w:tblStyleRowBandSize w:val="1"/>
      <w:tblStyleColBandSize w:val="1"/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4BACC6" w:themeColor="accent5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4BACC6" w:themeColor="accent5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4BACC6" w:themeColor="accent5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4BACC6" w:themeColor="accent5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hAnsiTheme="majorHAnsi" w:eastAsiaTheme="majorEastAsia" w:cstheme="majorBidi"/>
      <w:color w:themeColor="text1"/>
    </w:rPr>
    <w:tblPr>
      <w:tblStyleRowBandSize w:val="1"/>
      <w:tblStyleColBandSize w:val="1"/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F79646" w:themeColor="accent6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F79646" w:themeColor="accent6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F79646" w:themeColor="accent6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F79646" w:themeColor="accent6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color="404040" w:themeColor="text1" w:themeTint="bf" w:sz="8" w:space="0"/>
        <w:left w:val="single" w:color="404040" w:themeColor="text1" w:themeTint="bf" w:sz="8" w:space="0"/>
        <w:bottom w:val="single" w:color="404040" w:themeColor="text1" w:themeTint="bf" w:sz="8" w:space="0"/>
        <w:right w:val="single" w:color="404040" w:themeColor="text1" w:themeTint="bf" w:sz="8" w:space="0"/>
        <w:insideH w:val="single" w:color="404040" w:themeColor="text1" w:themeTint="bf" w:sz="8" w:space="0"/>
        <w:insideV w:val="single" w:color="404040" w:themeColor="tex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  <w:tblPr/>
    </w:tblStylePr>
    <w:tblStylePr w:type="lastRow">
      <w:rPr>
        <w:b/>
        <w:bCs/>
      </w:rPr>
      <w:tblPr/>
      <w:tcPr>
        <w:tcBorders>
          <w:top w:val="single" w:color="404040" w:themeColor="text1" w:sz="1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color="7BA0CD" w:themeColor="accent1" w:themeTint="bf" w:sz="8" w:space="0"/>
        <w:left w:val="single" w:color="7BA0CD" w:themeColor="accent1" w:themeTint="bf" w:sz="8" w:space="0"/>
        <w:bottom w:val="single" w:color="7BA0CD" w:themeColor="accent1" w:themeTint="bf" w:sz="8" w:space="0"/>
        <w:right w:val="single" w:color="7BA0CD" w:themeColor="accent1" w:themeTint="bf" w:sz="8" w:space="0"/>
        <w:insideH w:val="single" w:color="7BA0CD" w:themeColor="accent1" w:themeTint="bf" w:sz="8" w:space="0"/>
        <w:insideV w:val="single" w:color="7BA0CD" w:themeColor="accen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  <w:tblPr/>
    </w:tblStylePr>
    <w:tblStylePr w:type="lastRow">
      <w:rPr>
        <w:b/>
        <w:bCs/>
      </w:rPr>
      <w:tblPr/>
      <w:tcPr>
        <w:tcBorders>
          <w:top w:val="single" w:color="7BA0CD" w:themeColor="accent1" w:sz="1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color="CF7B79" w:themeColor="accent2" w:themeTint="bf" w:sz="8" w:space="0"/>
        <w:left w:val="single" w:color="CF7B79" w:themeColor="accent2" w:themeTint="bf" w:sz="8" w:space="0"/>
        <w:bottom w:val="single" w:color="CF7B79" w:themeColor="accent2" w:themeTint="bf" w:sz="8" w:space="0"/>
        <w:right w:val="single" w:color="CF7B79" w:themeColor="accent2" w:themeTint="bf" w:sz="8" w:space="0"/>
        <w:insideH w:val="single" w:color="CF7B79" w:themeColor="accent2" w:themeTint="bf" w:sz="8" w:space="0"/>
        <w:insideV w:val="single" w:color="CF7B79" w:themeColor="accent2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  <w:tblPr/>
    </w:tblStylePr>
    <w:tblStylePr w:type="lastRow">
      <w:rPr>
        <w:b/>
        <w:bCs/>
      </w:rPr>
      <w:tblPr/>
      <w:tcPr>
        <w:tcBorders>
          <w:top w:val="single" w:color="CF7B79" w:themeColor="accent2" w:sz="1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color="B3CC82" w:themeColor="accent3" w:themeTint="bf" w:sz="8" w:space="0"/>
        <w:left w:val="single" w:color="B3CC82" w:themeColor="accent3" w:themeTint="bf" w:sz="8" w:space="0"/>
        <w:bottom w:val="single" w:color="B3CC82" w:themeColor="accent3" w:themeTint="bf" w:sz="8" w:space="0"/>
        <w:right w:val="single" w:color="B3CC82" w:themeColor="accent3" w:themeTint="bf" w:sz="8" w:space="0"/>
        <w:insideH w:val="single" w:color="B3CC82" w:themeColor="accent3" w:themeTint="bf" w:sz="8" w:space="0"/>
        <w:insideV w:val="single" w:color="B3CC82" w:themeColor="accent3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  <w:tblPr/>
    </w:tblStylePr>
    <w:tblStylePr w:type="lastRow">
      <w:rPr>
        <w:b/>
        <w:bCs/>
      </w:rPr>
      <w:tblPr/>
      <w:tcPr>
        <w:tcBorders>
          <w:top w:val="single" w:color="B3CC82" w:themeColor="accent3" w:sz="1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color="9F8AB9" w:themeColor="accent4" w:themeTint="bf" w:sz="8" w:space="0"/>
        <w:left w:val="single" w:color="9F8AB9" w:themeColor="accent4" w:themeTint="bf" w:sz="8" w:space="0"/>
        <w:bottom w:val="single" w:color="9F8AB9" w:themeColor="accent4" w:themeTint="bf" w:sz="8" w:space="0"/>
        <w:right w:val="single" w:color="9F8AB9" w:themeColor="accent4" w:themeTint="bf" w:sz="8" w:space="0"/>
        <w:insideH w:val="single" w:color="9F8AB9" w:themeColor="accent4" w:themeTint="bf" w:sz="8" w:space="0"/>
        <w:insideV w:val="single" w:color="9F8AB9" w:themeColor="accent4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  <w:tblPr/>
    </w:tblStylePr>
    <w:tblStylePr w:type="lastRow">
      <w:rPr>
        <w:b/>
        <w:bCs/>
      </w:rPr>
      <w:tblPr/>
      <w:tcPr>
        <w:tcBorders>
          <w:top w:val="single" w:color="9F8AB9" w:themeColor="accent4" w:sz="1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color="78C0D4" w:themeColor="accent5" w:themeTint="bf" w:sz="8" w:space="0"/>
        <w:left w:val="single" w:color="78C0D4" w:themeColor="accent5" w:themeTint="bf" w:sz="8" w:space="0"/>
        <w:bottom w:val="single" w:color="78C0D4" w:themeColor="accent5" w:themeTint="bf" w:sz="8" w:space="0"/>
        <w:right w:val="single" w:color="78C0D4" w:themeColor="accent5" w:themeTint="bf" w:sz="8" w:space="0"/>
        <w:insideH w:val="single" w:color="78C0D4" w:themeColor="accent5" w:themeTint="bf" w:sz="8" w:space="0"/>
        <w:insideV w:val="single" w:color="78C0D4" w:themeColor="accent5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  <w:tblPr/>
    </w:tblStylePr>
    <w:tblStylePr w:type="lastRow">
      <w:rPr>
        <w:b/>
        <w:bCs/>
      </w:rPr>
      <w:tblPr/>
      <w:tcPr>
        <w:tcBorders>
          <w:top w:val="single" w:color="78C0D4" w:themeColor="accent5" w:sz="1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color="F9B074" w:themeColor="accent6" w:themeTint="bf" w:sz="8" w:space="0"/>
        <w:left w:val="single" w:color="F9B074" w:themeColor="accent6" w:themeTint="bf" w:sz="8" w:space="0"/>
        <w:bottom w:val="single" w:color="F9B074" w:themeColor="accent6" w:themeTint="bf" w:sz="8" w:space="0"/>
        <w:right w:val="single" w:color="F9B074" w:themeColor="accent6" w:themeTint="bf" w:sz="8" w:space="0"/>
        <w:insideH w:val="single" w:color="F9B074" w:themeColor="accent6" w:themeTint="bf" w:sz="8" w:space="0"/>
        <w:insideV w:val="single" w:color="F9B074" w:themeColor="accent6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  <w:tblPr/>
    </w:tblStylePr>
    <w:tblStylePr w:type="lastRow">
      <w:rPr>
        <w:b/>
        <w:bCs/>
      </w:rPr>
      <w:tblPr/>
      <w:tcPr>
        <w:tcBorders>
          <w:top w:val="single" w:color="F9B074" w:themeColor="accent6" w:sz="1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hAnsiTheme="majorHAnsi" w:eastAsiaTheme="majorEastAsia" w:cstheme="majorBidi"/>
      <w:color w:themeColor="text1"/>
    </w:rPr>
    <w:tblPr>
      <w:tblStyleRowBandSize w:val="1"/>
      <w:tblStyleColBandSize w:val="1"/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  <w:insideH w:val="single" w:color="000000" w:themeColor="text1" w:sz="8" w:space="0"/>
        <w:insideV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themeColor="text1"/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color="000000" w:themeColor="text1" w:sz="6" w:space="0"/>
          <w:insideV w:val="single" w:color="000000" w:themeColor="text1" w:sz="6" w:space="0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hAnsiTheme="majorHAnsi" w:eastAsiaTheme="majorEastAsia" w:cstheme="majorBidi"/>
      <w:color w:themeColor="text1"/>
    </w:rPr>
    <w:tblPr>
      <w:tblStyleRowBandSize w:val="1"/>
      <w:tblStyleColBandSize w:val="1"/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  <w:insideH w:val="single" w:color="4F81BD" w:themeColor="accent1" w:sz="8" w:space="0"/>
        <w:insideV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themeColor="text1"/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color="4F81BD" w:themeColor="accent1" w:sz="6" w:space="0"/>
          <w:insideV w:val="single" w:color="4F81BD" w:themeColor="accent1" w:sz="6" w:space="0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hAnsiTheme="majorHAnsi" w:eastAsiaTheme="majorEastAsia" w:cstheme="majorBidi"/>
      <w:color w:themeColor="text1"/>
    </w:rPr>
    <w:tblPr>
      <w:tblStyleRowBandSize w:val="1"/>
      <w:tblStyleColBandSize w:val="1"/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  <w:insideH w:val="single" w:color="C0504D" w:themeColor="accent2" w:sz="8" w:space="0"/>
        <w:insideV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themeColor="text1"/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color="C0504D" w:themeColor="accent2" w:sz="6" w:space="0"/>
          <w:insideV w:val="single" w:color="C0504D" w:themeColor="accent2" w:sz="6" w:space="0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hAnsiTheme="majorHAnsi" w:eastAsiaTheme="majorEastAsia" w:cstheme="majorBidi"/>
      <w:color w:themeColor="text1"/>
    </w:rPr>
    <w:tblPr>
      <w:tblStyleRowBandSize w:val="1"/>
      <w:tblStyleColBandSize w:val="1"/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  <w:insideH w:val="single" w:color="9BBB59" w:themeColor="accent3" w:sz="8" w:space="0"/>
        <w:insideV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themeColor="text1"/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color="9BBB59" w:themeColor="accent3" w:sz="6" w:space="0"/>
          <w:insideV w:val="single" w:color="9BBB59" w:themeColor="accent3" w:sz="6" w:space="0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hAnsiTheme="majorHAnsi" w:eastAsiaTheme="majorEastAsia" w:cstheme="majorBidi"/>
      <w:color w:themeColor="text1"/>
    </w:rPr>
    <w:tblPr>
      <w:tblStyleRowBandSize w:val="1"/>
      <w:tblStyleColBandSize w:val="1"/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  <w:insideH w:val="single" w:color="8064A2" w:themeColor="accent4" w:sz="8" w:space="0"/>
        <w:insideV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themeColor="text1"/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color="8064A2" w:themeColor="accent4" w:sz="6" w:space="0"/>
          <w:insideV w:val="single" w:color="8064A2" w:themeColor="accent4" w:sz="6" w:space="0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hAnsiTheme="majorHAnsi" w:eastAsiaTheme="majorEastAsia" w:cstheme="majorBidi"/>
      <w:color w:themeColor="text1"/>
    </w:rPr>
    <w:tblPr>
      <w:tblStyleRowBandSize w:val="1"/>
      <w:tblStyleColBandSize w:val="1"/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  <w:insideH w:val="single" w:color="4BACC6" w:themeColor="accent5" w:sz="8" w:space="0"/>
        <w:insideV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themeColor="text1"/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color="4BACC6" w:themeColor="accent5" w:sz="6" w:space="0"/>
          <w:insideV w:val="single" w:color="4BACC6" w:themeColor="accent5" w:sz="6" w:space="0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hAnsiTheme="majorHAnsi" w:eastAsiaTheme="majorEastAsia" w:cstheme="majorBidi"/>
      <w:color w:themeColor="text1"/>
    </w:rPr>
    <w:tblPr>
      <w:tblStyleRowBandSize w:val="1"/>
      <w:tblStyleColBandSize w:val="1"/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  <w:insideH w:val="single" w:color="F79646" w:themeColor="accent6" w:sz="8" w:space="0"/>
        <w:insideV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themeColor="text1"/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color="F79646" w:themeColor="accent6" w:sz="6" w:space="0"/>
          <w:insideV w:val="single" w:color="F79646" w:themeColor="accent6" w:sz="6" w:space="0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color w:themeColor="background1"/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000000" w:themeFill="text1"/>
      </w:tcPr>
    </w:tblStylePr>
    <w:tblStylePr w:type="lastRow">
      <w:rPr>
        <w:b/>
        <w:bCs/>
        <w:i w:val="0"/>
        <w:color w:themeColor="background1"/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000000" w:themeFill="text1"/>
      </w:tcPr>
    </w:tblStylePr>
    <w:tblStylePr w:type="firstCol">
      <w:rPr>
        <w:b/>
        <w:bCs/>
        <w:i w:val="0"/>
        <w:color w:themeColor="background1"/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color w:themeColor="background1"/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color="FFFFFF" w:themeColor="background1" w:sz="8" w:space="0"/>
          <w:insideV w:val="single" w:color="FFFFFF" w:themeColor="background1" w:sz="8" w:space="0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color w:themeColor="background1"/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4F81BD" w:themeFill="accent1"/>
      </w:tcPr>
    </w:tblStylePr>
    <w:tblStylePr w:type="lastRow">
      <w:rPr>
        <w:b/>
        <w:bCs/>
        <w:i w:val="0"/>
        <w:color w:themeColor="background1"/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4F81BD" w:themeFill="accent1"/>
      </w:tcPr>
    </w:tblStylePr>
    <w:tblStylePr w:type="firstCol">
      <w:rPr>
        <w:b/>
        <w:bCs/>
        <w:i w:val="0"/>
        <w:color w:themeColor="background1"/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color w:themeColor="background1"/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color="FFFFFF" w:themeColor="background1" w:sz="8" w:space="0"/>
          <w:insideV w:val="single" w:color="FFFFFF" w:themeColor="background1" w:sz="8" w:space="0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color w:themeColor="background1"/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C0504D" w:themeFill="accent2"/>
      </w:tcPr>
    </w:tblStylePr>
    <w:tblStylePr w:type="lastRow">
      <w:rPr>
        <w:b/>
        <w:bCs/>
        <w:i w:val="0"/>
        <w:color w:themeColor="background1"/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C0504D" w:themeFill="accent2"/>
      </w:tcPr>
    </w:tblStylePr>
    <w:tblStylePr w:type="firstCol">
      <w:rPr>
        <w:b/>
        <w:bCs/>
        <w:i w:val="0"/>
        <w:color w:themeColor="background1"/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color w:themeColor="background1"/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color="FFFFFF" w:themeColor="background1" w:sz="8" w:space="0"/>
          <w:insideV w:val="single" w:color="FFFFFF" w:themeColor="background1" w:sz="8" w:space="0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color w:themeColor="background1"/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9BBB59" w:themeFill="accent3"/>
      </w:tcPr>
    </w:tblStylePr>
    <w:tblStylePr w:type="lastRow">
      <w:rPr>
        <w:b/>
        <w:bCs/>
        <w:i w:val="0"/>
        <w:color w:themeColor="background1"/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9BBB59" w:themeFill="accent3"/>
      </w:tcPr>
    </w:tblStylePr>
    <w:tblStylePr w:type="firstCol">
      <w:rPr>
        <w:b/>
        <w:bCs/>
        <w:i w:val="0"/>
        <w:color w:themeColor="background1"/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color w:themeColor="background1"/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color="FFFFFF" w:themeColor="background1" w:sz="8" w:space="0"/>
          <w:insideV w:val="single" w:color="FFFFFF" w:themeColor="background1" w:sz="8" w:space="0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color w:themeColor="background1"/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8064A2" w:themeFill="accent4"/>
      </w:tcPr>
    </w:tblStylePr>
    <w:tblStylePr w:type="lastRow">
      <w:rPr>
        <w:b/>
        <w:bCs/>
        <w:i w:val="0"/>
        <w:color w:themeColor="background1"/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8064A2" w:themeFill="accent4"/>
      </w:tcPr>
    </w:tblStylePr>
    <w:tblStylePr w:type="firstCol">
      <w:rPr>
        <w:b/>
        <w:bCs/>
        <w:i w:val="0"/>
        <w:color w:themeColor="background1"/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color w:themeColor="background1"/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color="FFFFFF" w:themeColor="background1" w:sz="8" w:space="0"/>
          <w:insideV w:val="single" w:color="FFFFFF" w:themeColor="background1" w:sz="8" w:space="0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color w:themeColor="background1"/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4BACC6" w:themeFill="accent5"/>
      </w:tcPr>
    </w:tblStylePr>
    <w:tblStylePr w:type="lastRow">
      <w:rPr>
        <w:b/>
        <w:bCs/>
        <w:i w:val="0"/>
        <w:color w:themeColor="background1"/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4BACC6" w:themeFill="accent5"/>
      </w:tcPr>
    </w:tblStylePr>
    <w:tblStylePr w:type="firstCol">
      <w:rPr>
        <w:b/>
        <w:bCs/>
        <w:i w:val="0"/>
        <w:color w:themeColor="background1"/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color w:themeColor="background1"/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color="FFFFFF" w:themeColor="background1" w:sz="8" w:space="0"/>
          <w:insideV w:val="single" w:color="FFFFFF" w:themeColor="background1" w:sz="8" w:space="0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color w:themeColor="background1"/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F79646" w:themeFill="accent6"/>
      </w:tcPr>
    </w:tblStylePr>
    <w:tblStylePr w:type="lastRow">
      <w:rPr>
        <w:b/>
        <w:bCs/>
        <w:i w:val="0"/>
        <w:color w:themeColor="background1"/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F79646" w:themeFill="accent6"/>
      </w:tcPr>
    </w:tblStylePr>
    <w:tblStylePr w:type="firstCol">
      <w:rPr>
        <w:b/>
        <w:bCs/>
        <w:i w:val="0"/>
        <w:color w:themeColor="background1"/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color w:themeColor="background1"/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color="FFFFFF" w:themeColor="background1" w:sz="8" w:space="0"/>
          <w:insideV w:val="single" w:color="FFFFFF" w:themeColor="background1" w:sz="8" w:space="0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themeColor="background1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themeColor="background1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themeColor="background1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themeColor="background1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themeColor="background1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themeColor="background1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themeColor="background1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themeColor="text1"/>
    </w:rPr>
    <w:tblPr>
      <w:tblStyleRowBandSize w:val="1"/>
      <w:tblStyleColBandSize w:val="1"/>
      <w:tblBorders>
        <w:top w:val="single" w:color="C0504D" w:themeColor="accent2" w:sz="2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themeColor="background1"/>
      </w:rPr>
      <w:tblPr/>
      <w:tcPr>
        <w:tcBorders>
          <w:top w:val="single" w:color="FFFFFF" w:themeColor="background1" w:sz="6" w:space="0"/>
        </w:tcBorders>
        <w:shd w:val="clear" w:color="auto" w:fill="000000" w:themeFill="text1" w:themeFillShade="99"/>
      </w:tcPr>
    </w:tblStylePr>
    <w:tblStylePr w:type="firstCol">
      <w:rPr>
        <w:color w:themeColor="background1"/>
      </w:rPr>
      <w:tblPr/>
      <w:tcPr>
        <w:tcBorders>
          <w:top w:val="nil"/>
          <w:left w:val="nil"/>
          <w:bottom w:val="nil"/>
          <w:right w:val="nil"/>
          <w:insideH w:val="single" w:color="000000" w:themeColor="text1" w:sz="4" w:space="0"/>
          <w:insideV w:val="nil"/>
        </w:tcBorders>
        <w:shd w:val="clear" w:color="auto" w:fill="000000" w:themeFill="text1" w:themeFillShade="99"/>
      </w:tcPr>
    </w:tblStylePr>
    <w:tblStylePr w:type="lastCol">
      <w:rPr>
        <w:color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themeColor="text1"/>
      </w:rPr>
      <w:tblPr/>
    </w:tblStylePr>
    <w:tblStylePr w:type="nwCell">
      <w:rPr>
        <w:color w:themeColor="text1"/>
      </w:rPr>
      <w:tblPr/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themeColor="text1"/>
    </w:rPr>
    <w:tblPr>
      <w:tblStyleRowBandSize w:val="1"/>
      <w:tblStyleColBandSize w:val="1"/>
      <w:tblBorders>
        <w:top w:val="single" w:color="C0504D" w:themeColor="accent2" w:sz="24" w:space="0"/>
        <w:left w:val="single" w:color="4F81BD" w:themeColor="accent1" w:sz="4" w:space="0"/>
        <w:bottom w:val="single" w:color="4F81BD" w:themeColor="accent1" w:sz="4" w:space="0"/>
        <w:right w:val="single" w:color="4F81BD" w:themeColor="accent1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themeColor="background1"/>
      </w:rPr>
      <w:tblPr/>
      <w:tcPr>
        <w:tcBorders>
          <w:top w:val="single" w:color="FFFFFF" w:themeColor="background1" w:sz="6" w:space="0"/>
        </w:tcBorders>
        <w:shd w:val="clear" w:color="auto" w:fill="2C4C74" w:themeFill="accent1" w:themeFillShade="99"/>
      </w:tcPr>
    </w:tblStylePr>
    <w:tblStylePr w:type="firstCol">
      <w:rPr>
        <w:color w:themeColor="background1"/>
      </w:rPr>
      <w:tblPr/>
      <w:tcPr>
        <w:tcBorders>
          <w:top w:val="nil"/>
          <w:left w:val="nil"/>
          <w:bottom w:val="nil"/>
          <w:right w:val="nil"/>
          <w:insideH w:val="single" w:color="2C4C74" w:themeColor="accent1" w:sz="4" w:space="0"/>
          <w:insideV w:val="nil"/>
        </w:tcBorders>
        <w:shd w:val="clear" w:color="auto" w:fill="2C4C74" w:themeFill="accent1" w:themeFillShade="99"/>
      </w:tcPr>
    </w:tblStylePr>
    <w:tblStylePr w:type="lastCol">
      <w:rPr>
        <w:color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themeColor="text1"/>
      </w:rPr>
      <w:tblPr/>
    </w:tblStylePr>
    <w:tblStylePr w:type="nwCell">
      <w:rPr>
        <w:color w:themeColor="text1"/>
      </w:rPr>
      <w:tblPr/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themeColor="text1"/>
    </w:rPr>
    <w:tblPr>
      <w:tblStyleRowBandSize w:val="1"/>
      <w:tblStyleColBandSize w:val="1"/>
      <w:tblBorders>
        <w:top w:val="single" w:color="C0504D" w:themeColor="accent2" w:sz="24" w:space="0"/>
        <w:left w:val="single" w:color="C0504D" w:themeColor="accent2" w:sz="4" w:space="0"/>
        <w:bottom w:val="single" w:color="C0504D" w:themeColor="accent2" w:sz="4" w:space="0"/>
        <w:right w:val="single" w:color="C0504D" w:themeColor="accent2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themeColor="background1"/>
      </w:rPr>
      <w:tblPr/>
      <w:tcPr>
        <w:tcBorders>
          <w:top w:val="single" w:color="FFFFFF" w:themeColor="background1" w:sz="6" w:space="0"/>
        </w:tcBorders>
        <w:shd w:val="clear" w:color="auto" w:fill="772C2A" w:themeFill="accent2" w:themeFillShade="99"/>
      </w:tcPr>
    </w:tblStylePr>
    <w:tblStylePr w:type="firstCol">
      <w:rPr>
        <w:color w:themeColor="background1"/>
      </w:rPr>
      <w:tblPr/>
      <w:tcPr>
        <w:tcBorders>
          <w:top w:val="nil"/>
          <w:left w:val="nil"/>
          <w:bottom w:val="nil"/>
          <w:right w:val="nil"/>
          <w:insideH w:val="single" w:color="772C2A" w:themeColor="accent2" w:sz="4" w:space="0"/>
          <w:insideV w:val="nil"/>
        </w:tcBorders>
        <w:shd w:val="clear" w:color="auto" w:fill="772C2A" w:themeFill="accent2" w:themeFillShade="99"/>
      </w:tcPr>
    </w:tblStylePr>
    <w:tblStylePr w:type="lastCol">
      <w:rPr>
        <w:color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themeColor="text1"/>
      </w:rPr>
      <w:tblPr/>
    </w:tblStylePr>
    <w:tblStylePr w:type="nwCell">
      <w:rPr>
        <w:color w:themeColor="text1"/>
      </w:rPr>
      <w:tblPr/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themeColor="text1"/>
    </w:rPr>
    <w:tblPr>
      <w:tblStyleRowBandSize w:val="1"/>
      <w:tblStyleColBandSize w:val="1"/>
      <w:tblBorders>
        <w:top w:val="single" w:color="8064A2" w:themeColor="accent4" w:sz="24" w:space="0"/>
        <w:left w:val="single" w:color="9BBB59" w:themeColor="accent3" w:sz="4" w:space="0"/>
        <w:bottom w:val="single" w:color="9BBB59" w:themeColor="accent3" w:sz="4" w:space="0"/>
        <w:right w:val="single" w:color="9BBB59" w:themeColor="accent3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8064A2" w:themeColor="accent4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themeColor="background1"/>
      </w:rPr>
      <w:tblPr/>
      <w:tcPr>
        <w:tcBorders>
          <w:top w:val="single" w:color="FFFFFF" w:themeColor="background1" w:sz="6" w:space="0"/>
        </w:tcBorders>
        <w:shd w:val="clear" w:color="auto" w:fill="5E7530" w:themeFill="accent3" w:themeFillShade="99"/>
      </w:tcPr>
    </w:tblStylePr>
    <w:tblStylePr w:type="firstCol">
      <w:rPr>
        <w:color w:themeColor="background1"/>
      </w:rPr>
      <w:tblPr/>
      <w:tcPr>
        <w:tcBorders>
          <w:top w:val="nil"/>
          <w:left w:val="nil"/>
          <w:bottom w:val="nil"/>
          <w:right w:val="nil"/>
          <w:insideH w:val="single" w:color="5E7530" w:themeColor="accent3" w:sz="4" w:space="0"/>
          <w:insideV w:val="nil"/>
        </w:tcBorders>
        <w:shd w:val="clear" w:color="auto" w:fill="5E7530" w:themeFill="accent3" w:themeFillShade="99"/>
      </w:tcPr>
    </w:tblStylePr>
    <w:tblStylePr w:type="lastCol">
      <w:rPr>
        <w:color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themeColor="text1"/>
    </w:rPr>
    <w:tblPr>
      <w:tblStyleRowBandSize w:val="1"/>
      <w:tblStyleColBandSize w:val="1"/>
      <w:tblBorders>
        <w:top w:val="single" w:color="9BBB59" w:themeColor="accent3" w:sz="24" w:space="0"/>
        <w:left w:val="single" w:color="8064A2" w:themeColor="accent4" w:sz="4" w:space="0"/>
        <w:bottom w:val="single" w:color="8064A2" w:themeColor="accent4" w:sz="4" w:space="0"/>
        <w:right w:val="single" w:color="8064A2" w:themeColor="accent4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9BBB59" w:themeColor="accent3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themeColor="background1"/>
      </w:rPr>
      <w:tblPr/>
      <w:tcPr>
        <w:tcBorders>
          <w:top w:val="single" w:color="FFFFFF" w:themeColor="background1" w:sz="6" w:space="0"/>
        </w:tcBorders>
        <w:shd w:val="clear" w:color="auto" w:fill="4C3B62" w:themeFill="accent4" w:themeFillShade="99"/>
      </w:tcPr>
    </w:tblStylePr>
    <w:tblStylePr w:type="firstCol">
      <w:rPr>
        <w:color w:themeColor="background1"/>
      </w:rPr>
      <w:tblPr/>
      <w:tcPr>
        <w:tcBorders>
          <w:top w:val="nil"/>
          <w:left w:val="nil"/>
          <w:bottom w:val="nil"/>
          <w:right w:val="nil"/>
          <w:insideH w:val="single" w:color="4C3B62" w:themeColor="accent4" w:sz="4" w:space="0"/>
          <w:insideV w:val="nil"/>
        </w:tcBorders>
        <w:shd w:val="clear" w:color="auto" w:fill="4C3B62" w:themeFill="accent4" w:themeFillShade="99"/>
      </w:tcPr>
    </w:tblStylePr>
    <w:tblStylePr w:type="lastCol">
      <w:rPr>
        <w:color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themeColor="text1"/>
      </w:rPr>
      <w:tblPr/>
    </w:tblStylePr>
    <w:tblStylePr w:type="nwCell">
      <w:rPr>
        <w:color w:themeColor="text1"/>
      </w:rPr>
      <w:tblPr/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themeColor="text1"/>
    </w:rPr>
    <w:tblPr>
      <w:tblStyleRowBandSize w:val="1"/>
      <w:tblStyleColBandSize w:val="1"/>
      <w:tblBorders>
        <w:top w:val="single" w:color="F79646" w:themeColor="accent6" w:sz="24" w:space="0"/>
        <w:left w:val="single" w:color="4BACC6" w:themeColor="accent5" w:sz="4" w:space="0"/>
        <w:bottom w:val="single" w:color="4BACC6" w:themeColor="accent5" w:sz="4" w:space="0"/>
        <w:right w:val="single" w:color="4BACC6" w:themeColor="accent5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F79646" w:themeColor="accent6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themeColor="background1"/>
      </w:rPr>
      <w:tblPr/>
      <w:tcPr>
        <w:tcBorders>
          <w:top w:val="single" w:color="FFFFFF" w:themeColor="background1" w:sz="6" w:space="0"/>
        </w:tcBorders>
        <w:shd w:val="clear" w:color="auto" w:fill="276A7C" w:themeFill="accent5" w:themeFillShade="99"/>
      </w:tcPr>
    </w:tblStylePr>
    <w:tblStylePr w:type="firstCol">
      <w:rPr>
        <w:color w:themeColor="background1"/>
      </w:rPr>
      <w:tblPr/>
      <w:tcPr>
        <w:tcBorders>
          <w:top w:val="nil"/>
          <w:left w:val="nil"/>
          <w:bottom w:val="nil"/>
          <w:right w:val="nil"/>
          <w:insideH w:val="single" w:color="276A7C" w:themeColor="accent5" w:sz="4" w:space="0"/>
          <w:insideV w:val="nil"/>
        </w:tcBorders>
        <w:shd w:val="clear" w:color="auto" w:fill="276A7C" w:themeFill="accent5" w:themeFillShade="99"/>
      </w:tcPr>
    </w:tblStylePr>
    <w:tblStylePr w:type="lastCol">
      <w:rPr>
        <w:color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themeColor="text1"/>
      </w:rPr>
      <w:tblPr/>
    </w:tblStylePr>
    <w:tblStylePr w:type="nwCell">
      <w:rPr>
        <w:color w:themeColor="text1"/>
      </w:rPr>
      <w:tblPr/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themeColor="text1"/>
    </w:rPr>
    <w:tblPr>
      <w:tblStyleRowBandSize w:val="1"/>
      <w:tblStyleColBandSize w:val="1"/>
      <w:tblBorders>
        <w:top w:val="single" w:color="4BACC6" w:themeColor="accent5" w:sz="24" w:space="0"/>
        <w:left w:val="single" w:color="F79646" w:themeColor="accent6" w:sz="4" w:space="0"/>
        <w:bottom w:val="single" w:color="F79646" w:themeColor="accent6" w:sz="4" w:space="0"/>
        <w:right w:val="single" w:color="F79646" w:themeColor="accent6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4BACC6" w:themeColor="accent5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themeColor="background1"/>
      </w:rPr>
      <w:tblPr/>
      <w:tcPr>
        <w:tcBorders>
          <w:top w:val="single" w:color="FFFFFF" w:themeColor="background1" w:sz="6" w:space="0"/>
        </w:tcBorders>
        <w:shd w:val="clear" w:color="auto" w:fill="B65608" w:themeFill="accent6" w:themeFillShade="99"/>
      </w:tcPr>
    </w:tblStylePr>
    <w:tblStylePr w:type="firstCol">
      <w:rPr>
        <w:color w:themeColor="background1"/>
      </w:rPr>
      <w:tblPr/>
      <w:tcPr>
        <w:tcBorders>
          <w:top w:val="nil"/>
          <w:left w:val="nil"/>
          <w:bottom w:val="nil"/>
          <w:right w:val="nil"/>
          <w:insideH w:val="single" w:color="B65608" w:themeColor="accent6" w:sz="4" w:space="0"/>
          <w:insideV w:val="nil"/>
        </w:tcBorders>
        <w:shd w:val="clear" w:color="auto" w:fill="B65608" w:themeFill="accent6" w:themeFillShade="99"/>
      </w:tcPr>
    </w:tblStylePr>
    <w:tblStylePr w:type="lastCol">
      <w:rPr>
        <w:color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themeColor="text1"/>
      </w:rPr>
      <w:tblPr/>
    </w:tblStylePr>
    <w:tblStylePr w:type="nwCell">
      <w:rPr>
        <w:color w:themeColor="text1"/>
      </w:rPr>
      <w:tblPr/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themeColor="text1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themeColor="background1"/>
      </w:rPr>
      <w:tblPr/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themeColor="text1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themeColor="background1"/>
      </w:rPr>
      <w:tblPr/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themeColor="text1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themeColor="background1"/>
      </w:rPr>
      <w:tblPr/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themeColor="text1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themeColor="background1"/>
      </w:rPr>
      <w:tblPr/>
      <w:tcPr>
        <w:tcBorders>
          <w:bottom w:val="single" w:color="FFFFFF" w:themeColor="background1" w:sz="12" w:space="0"/>
        </w:tcBorders>
        <w:shd w:val="clear" w:color="auto" w:fill="664E82" w:themeFill="accent4" w:themeFillShade="cc"/>
      </w:tcPr>
    </w:tblStylePr>
    <w:tblStylePr w:type="lastRow">
      <w:rPr>
        <w:b/>
        <w:bCs/>
        <w:color w:themeColor="accent4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themeColor="text1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themeColor="background1"/>
      </w:rPr>
      <w:tblPr/>
      <w:tcPr>
        <w:tcBorders>
          <w:bottom w:val="single" w:color="FFFFFF" w:themeColor="background1" w:sz="12" w:space="0"/>
        </w:tcBorders>
        <w:shd w:val="clear" w:color="auto" w:fill="7E9C40" w:themeFill="accent3" w:themeFillShade="cc"/>
      </w:tcPr>
    </w:tblStylePr>
    <w:tblStylePr w:type="lastRow">
      <w:rPr>
        <w:b/>
        <w:bCs/>
        <w:color w:themeColor="accent3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themeColor="text1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themeColor="background1"/>
      </w:rPr>
      <w:tblPr/>
      <w:tcPr>
        <w:tcBorders>
          <w:bottom w:val="single" w:color="FFFFFF" w:themeColor="background1" w:sz="12" w:space="0"/>
        </w:tcBorders>
        <w:shd w:val="clear" w:color="auto" w:fill="F2730A" w:themeFill="accent6" w:themeFillShade="cc"/>
      </w:tcPr>
    </w:tblStylePr>
    <w:tblStylePr w:type="lastRow">
      <w:rPr>
        <w:b/>
        <w:bCs/>
        <w:color w:themeColor="accent6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themeColor="text1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themeColor="background1"/>
      </w:rPr>
      <w:tblPr/>
      <w:tcPr>
        <w:tcBorders>
          <w:bottom w:val="single" w:color="FFFFFF" w:themeColor="background1" w:sz="12" w:space="0"/>
        </w:tcBorders>
        <w:shd w:val="clear" w:color="auto" w:fill="348DA5" w:themeFill="accent5" w:themeFillShade="cc"/>
      </w:tcPr>
    </w:tblStylePr>
    <w:tblStylePr w:type="lastRow">
      <w:rPr>
        <w:b/>
        <w:bCs/>
        <w:color w:themeColor="accent5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themeColor="text1"/>
    </w:rPr>
    <w:tblPr>
      <w:tblStyleRowBandSize w:val="1"/>
      <w:tblStyleColBandSize w:val="1"/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themeColor="text1"/>
    </w:rPr>
    <w:tblPr>
      <w:tblStyleRowBandSize w:val="1"/>
      <w:tblStyleColBandSize w:val="1"/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themeColor="text1"/>
    </w:rPr>
    <w:tblPr>
      <w:tblStyleRowBandSize w:val="1"/>
      <w:tblStyleColBandSize w:val="1"/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themeColor="text1"/>
    </w:rPr>
    <w:tblPr>
      <w:tblStyleRowBandSize w:val="1"/>
      <w:tblStyleColBandSize w:val="1"/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themeColor="text1"/>
    </w:rPr>
    <w:tblPr>
      <w:tblStyleRowBandSize w:val="1"/>
      <w:tblStyleColBandSize w:val="1"/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themeColor="text1"/>
    </w:rPr>
    <w:tblPr>
      <w:tblStyleRowBandSize w:val="1"/>
      <w:tblStyleColBandSize w:val="1"/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themeColor="text1"/>
    </w:rPr>
    <w:tblPr>
      <w:tblStyleRowBandSize w:val="1"/>
      <w:tblStyleColBandSize w:val="1"/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Relationship Id="rId4" Type="http://schemas.openxmlformats.org/officeDocument/2006/relationships/numbering" Target="numbering.xml"/><Relationship Id="rId5" Type="http://schemas.openxmlformats.org/officeDocument/2006/relationships/fontTable" Target="fontTable.xml"/><Relationship Id="rId6" Type="http://schemas.openxmlformats.org/officeDocument/2006/relationships/settings" Target="settings.xml"/><Relationship Id="rId7" Type="http://schemas.openxmlformats.org/officeDocument/2006/relationships/theme" Target="theme/theme1.xml"/><Relationship Id="rId8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 pitchFamily="0" charset="1"/>
        <a:ea typeface=""/>
        <a:cs typeface=""/>
      </a:majorFont>
      <a:minorFont>
        <a:latin typeface="Cambria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tint val="100000"/>
                <a:shade val="100000"/>
              </a:schemeClr>
            </a:gs>
            <a:gs pos="100000">
              <a:schemeClr val="phClr">
                <a:tint val="50000"/>
                <a:shade val="100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Application>LibreOffice/7.6.5.2$Windows_X86_64 LibreOffice_project/38d5f62f85355c192ef5f1dd47c5c0c0c6d6598b</Application>
  <AppVersion>15.0000</AppVersion>
  <Pages>7</Pages>
  <Words>566</Words>
  <Characters>3783</Characters>
  <CharactersWithSpaces>4242</CharactersWithSpaces>
  <Paragraphs>106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2013-12-23T23:15:00Z</dcterms:created>
  <dc:creator>python-docx</dc:creator>
  <dc:description>generated by python-docx</dc:description>
  <dc:language>pt-BR</dc:language>
  <cp:lastModifiedBy/>
  <dcterms:modified xsi:type="dcterms:W3CDTF">2026-09-04T11:56:13Z</dcterms:modified>
  <cp:revision>3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